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6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МР Хасавюртовский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0" w:right="316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"Муцалаульская СОШ № 2"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27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</w:t>
            </w:r>
          </w:p>
        </w:tc>
        <w:tc>
          <w:tcPr>
            <w:tcW w:type="dxa" w:w="36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______________Латипов А.М.</w:t>
            </w:r>
          </w:p>
        </w:tc>
        <w:tc>
          <w:tcPr>
            <w:tcW w:type="dxa" w:w="336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______________Гамзатов Б.М.</w:t>
            </w:r>
          </w:p>
        </w:tc>
      </w:tr>
      <w:tr>
        <w:trPr>
          <w:trHeight w:hRule="exact" w:val="116"/>
        </w:trPr>
        <w:tc>
          <w:tcPr>
            <w:tcW w:type="dxa" w:w="302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______________Эпиева Л.А.</w:t>
            </w:r>
          </w:p>
        </w:tc>
        <w:tc>
          <w:tcPr>
            <w:tcW w:type="dxa" w:w="3429"/>
            <w:vMerge/>
            <w:tcBorders/>
          </w:tcPr>
          <w:p/>
        </w:tc>
        <w:tc>
          <w:tcPr>
            <w:tcW w:type="dxa" w:w="3429"/>
            <w:vMerge/>
            <w:tcBorders/>
          </w:tcPr>
          <w:p/>
        </w:tc>
      </w:tr>
      <w:tr>
        <w:trPr>
          <w:trHeight w:hRule="exact" w:val="304"/>
        </w:trPr>
        <w:tc>
          <w:tcPr>
            <w:tcW w:type="dxa" w:w="3429"/>
            <w:vMerge/>
            <w:tcBorders/>
          </w:tcPr>
          <w:p/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6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36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  <w:tr>
        <w:trPr>
          <w:trHeight w:hRule="exact" w:val="38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429"/>
            <w:vMerge/>
            <w:tcBorders/>
          </w:tcPr>
          <w:p/>
        </w:tc>
        <w:tc>
          <w:tcPr>
            <w:tcW w:type="dxa" w:w="3429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8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2432411)</w:t>
      </w:r>
    </w:p>
    <w:p>
      <w:pPr>
        <w:autoSpaceDN w:val="0"/>
        <w:autoSpaceDE w:val="0"/>
        <w:widowControl/>
        <w:spacing w:line="230" w:lineRule="auto" w:before="166" w:after="0"/>
        <w:ind w:left="0" w:right="401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18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(английский)»</w:t>
      </w:r>
    </w:p>
    <w:p>
      <w:pPr>
        <w:autoSpaceDN w:val="0"/>
        <w:autoSpaceDE w:val="0"/>
        <w:widowControl/>
        <w:spacing w:line="230" w:lineRule="auto" w:before="670" w:after="0"/>
        <w:ind w:left="0" w:right="273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Мутаева Аминат Рамазановна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английского языка</w:t>
      </w:r>
    </w:p>
    <w:p>
      <w:pPr>
        <w:sectPr>
          <w:pgSz w:w="11900" w:h="16840"/>
          <w:pgMar w:top="298" w:right="874" w:bottom="1440" w:left="738" w:header="720" w:footer="720" w:gutter="0"/>
          <w:cols w:space="720" w:num="1" w:equalWidth="0"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63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Муцалаул 2022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 английскому языку для обучающихся 5 классов составлена на основе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«Требований к результатам освоения основной образовательной программы»,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Универсальном кодификаторе по иностранному (английскому)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(АНГЛИЙСКИЙ)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(английский)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(АНГЛИЙСКИЙ) ЯЗЫК»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уровнях и, соответственно,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воплощаются в личностных, метапредметных/общеучебных/универсальных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(АНГЛИЙСКИЙ)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5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660" w:bottom="1440" w:left="666" w:header="720" w:footer="720" w:gutter="0"/>
          <w:cols w:space="720" w:num="1" w:equalWidth="0"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виды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Моя семья. Мои друзья. Семейные праздники: день рождения, Новый год.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Внешность и характер человека/литературного персонажа. Досуг и увлечения/хобби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подростка (чтение, кино, спорт).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Здоровый образ жизни: режим труда и отдыха, здоровое питание.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одежда, обувь и продукты питания.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Школа, школьная жизнь, школьная форма, изучаемые предметы. Переписка с зарубежными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сверстниками.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Каникулы в различное время года. Виды отдыха.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Природа: дикие и домашние животные. Погода. Родной город/село. Транспорт.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достопримечательности, культурные особенности (национальные праздники, традиции, обычаи).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Выдающиеся люди родной страны и страны/стран изучаемого языка: писатели, поэты.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диалогической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 этикетного  характера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 начинать,  поддерживать и заканчивать разговор (в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разговор по телефону); поздравлять с праздником и вежливо реагировать на поздравление; выражать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благодарность; вежливо соглашаться на предложение/отказываться от предложения собеседника;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диалог-побуждение к действию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диалог-расспрос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сообщать фактическую информацию, отвечая на вопросы разных видов;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запрашивать интересующую информацию.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Вышеперечисленные умения диалогической речи развиваются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в рамках тематического содержания речи класса с опорой на речевые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ключевые слова и/или иллюстрации, фотографии с соблюдением норм речевого этикета,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принятых в стране/странах изучаемого языка.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5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создание устных  связных  монологических  высказываний с использованием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коммуникативных типов речи: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описание (предмета, внешности и одежды человека), в том числе характеристика (черты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 реального человека или литературного персонажа);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повествование/сообщение;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изложение (пересказ) основного содержания прочитанного текста;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краткое изложение результатов выполненной проектной работы.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опорой на ключевые слова, вопросы, план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иллюстрации, фотографии.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5-6 фраз.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аудирования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вербальная/невербальная реакция на услышанное;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умений восприятия и понимания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несложных адаптированных аутентичных текстов, содержащих отдельные незнакомые слова, с разной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глубиной 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с опорой и без опоры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иллюстрации.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 и главные факты/события в воспринимаемом на слух тексте; игнорировать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незнакомые слова, несущественные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запрашиваемой информации предполагает умение выделять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запрашиваемую информацию, представленную в эксплицитной (явной) форме, в воспринимаемом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диалог (беседа), высказывания собеседников в ситуациях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текста/текстов для аудирования — до 1 минуты.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сформированных в начальной школе умений читать про себя и понимать учебные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 разных жанров и стилей, содержащие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основного содержания текста предполагает умение определять основную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 и главные факты/события в прочитанном тексте, игнорировать незнакомые слова,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несущественные для понимания основного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запрашиваемой информации предполагает умение находить в прочитанном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тексте и понимать запрашиваемую информацию, представленную в эксплицитной (явной) форме.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несплошных текстов (таблиц) и понимание представленной в них информации.</w:t>
      </w:r>
    </w:p>
    <w:p>
      <w:pPr>
        <w:autoSpaceDN w:val="0"/>
        <w:autoSpaceDE w:val="0"/>
        <w:widowControl/>
        <w:spacing w:line="271" w:lineRule="auto" w:before="72" w:after="0"/>
        <w:ind w:left="0" w:right="102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беседа/диалог, рассказ, сказка, сообщение личного характера, отрывок из статьи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научно-популярного характера, сообщение информационного характера, стихотворение; несплошной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(таблица).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180-200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 на базе умений, сформированных в начальной школе: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списывание текста и выписывание из него слов, словосочетаний, предложений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решаемой коммуникативной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коротких поздравлений с праздниками (с Новым годом, Рождеством, днём рождения);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формуляров: сообщение о себе основных сведений в соответствии с нормами,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принятыми в стране/странах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сообщение кратких сведений о себе;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оформление обращения, завершающей фразы и подписи в соответствии с нормами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принятыми в стране/странах изучаемого языка. Объём сообщения — до 60 слов.</w:t>
      </w:r>
    </w:p>
    <w:p>
      <w:pPr>
        <w:sectPr>
          <w:pgSz w:w="11900" w:h="16840"/>
          <w:pgMar w:top="298" w:right="648" w:bottom="476" w:left="666" w:header="720" w:footer="720" w:gutter="0"/>
          <w:cols w:space="720" w:num="1" w:equalWidth="0"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 слух  и  адекватное,  без  ошибок,  ведущих к сбою в коммуникации, произнесение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 с соблюдением правильного ударения и фраз с соблюдением их ритмико-интонационных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особенностей, в том числе отсутствия фразового ударения на служебных словах; чтение новых слов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согласно основным правилам чтения.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адаптированных аутентичных текстов, построенных на изученном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языковом материале, с соблюдением правил чтения и соответствующей интонации,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демонстрирующее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 вслух: беседа/диалог, рассказ, отрывок из статьи научно-популярного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90 слов.</w:t>
      </w:r>
    </w:p>
    <w:p>
      <w:pPr>
        <w:autoSpaceDN w:val="0"/>
        <w:autoSpaceDE w:val="0"/>
        <w:widowControl/>
        <w:spacing w:line="262" w:lineRule="auto" w:before="190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 и обращении; апострофа.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 правильное, в соответствии с нормами речевого этикета, принятыми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языка, оформление электронного сообщения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 (слов, словосочетаний, речевых клише), обслуживающих ситуации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речи, с соблюдением существующей в английском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изучаемой лексики: 625 лексических единиц для продуктивного использования (включая 500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единиц, изученных в начальной школе) и 675 лексических единиц для рецептивного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усвоения (включая 625 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помощи суффиксов -er/-or (teacher/visitor), -ist (scientist,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tourist), -sion/-tion (dis- cussion/invitation);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 прилагательных при помощи суффиксов -ful (wonderful), -ian/-an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(Russian/American);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наречий при помощи суффикса -ly (recently);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прилагательных, имён существительных и наречий при помощи отрицательного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префикса un- (unhappy, unreality, unusually).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изученных морфологических форм и синтаксических конструкций английского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несколькими обстоятельствами, следующими в определённом порядке.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в видо-временных формах действительного залога в изъявительном наклонении в Present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Perfect Tense в повествовательных (утвердительных и отрицательных) и вопросительных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во множественном числе, в том числе имена существительные, имеющие</w:t>
      </w:r>
    </w:p>
    <w:p>
      <w:pPr>
        <w:sectPr>
          <w:pgSz w:w="11900" w:h="16840"/>
          <w:pgMar w:top="298" w:right="698" w:bottom="416" w:left="666" w:header="720" w:footer="720" w:gutter="0"/>
          <w:cols w:space="720" w:num="1" w:equalWidth="0"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с причастиями настоящего и прошедшего времени.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социокультурных элементов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(в ситуациях общения,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«В семье», «В школе», «На улице»).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в устной и письменной речи наиболее употребительной тематической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фоновой лексики и реалий в рамках отобранного тематического содержания (некоторые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социокультурного портрета родной страны и страны/стран изучаемого языка: знакомство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традициями проведения основных национальных праздников (Рождества, Нового года и т. д.);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особенностями образа жизни и культуры страны/ стран изучаемого языка (известных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достопримечательностях, выдающихся людях); с доступными в языковом отношении образцами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детской поэзии и прозы на английском языке.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свои имя и фамилию, а также имена и фамилии своих родственников и друзей на английском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оформлять свой адрес на английском 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языка (основные 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62" w:lineRule="auto" w:before="19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при чтении и аудировании языковой, в том числе контекстуальной, догадки.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порождении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прочитанного/прослушанного текста или для нахождения в тексте запрашиваемой информации.</w:t>
      </w:r>
    </w:p>
    <w:p>
      <w:pPr>
        <w:sectPr>
          <w:pgSz w:w="11900" w:h="16840"/>
          <w:pgMar w:top="286" w:right="678" w:bottom="1440" w:left="666" w:header="720" w:footer="720" w:gutter="0"/>
          <w:cols w:space="720" w:num="1" w:equalWidth="0"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английского языка в 5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её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участию в гуманитарной деятельности (волонтёрство, помощь людям, нуждающимся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–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своё поведение и поступки,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учётом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средства коммуникации и самовыражения;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ценности отечественного и мирового искусства, роли этнических культурных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народного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 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себя и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технологической и социальной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труду и результатам трудовой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осознанный выбор и построение индивидуальной траектории образования и жизненных планов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участию в практической деятельности 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 основными навыками исследовательской деятельности, установка на осмысление опыта,</w:t>
      </w:r>
    </w:p>
    <w:p>
      <w:pPr>
        <w:sectPr>
          <w:pgSz w:w="11900" w:h="16840"/>
          <w:pgMar w:top="298" w:right="640" w:bottom="428" w:left="666" w:header="720" w:footer="720" w:gutter="0"/>
          <w:cols w:space="720" w:num="1" w:equalWidth="0"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группах и сообществах, включая семью, группы, сформированные по профессиональной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среды;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взаимодействовать в условиях неопределённости,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неопределённости,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известных, осознавать дефицит собственных знаний и компетентностей, планировать своё развитие;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оценивать происходящие изменения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последствия;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стрессовую ситуацию как 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86" w:right="654" w:bottom="296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решения,  выбирать  наиболее подходящий с учётом самостоятельно выделенных критериев);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учётом 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систематизировать и интерпретировать информацию различных видов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педагогическим работником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сходство позиций;</w:t>
      </w:r>
    </w:p>
    <w:p>
      <w:pPr>
        <w:sectPr>
          <w:pgSz w:w="11900" w:h="16840"/>
          <w:pgMar w:top="310" w:right="822" w:bottom="356" w:left="666" w:header="720" w:footer="720" w:gutter="0"/>
          <w:cols w:space="720" w:num="1" w:equalWidth="0"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выполненного опыта (эксперимента, исследования, проекта);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мозговые штурмы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задачей и вклад каждого члена команды в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перед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 задачи 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учётом получения новых знаний об изучаемом объекте;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выбор и 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адаптировать 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3) эмоциональный интеллект:</w:t>
      </w:r>
    </w:p>
    <w:p>
      <w:pPr>
        <w:sectPr>
          <w:pgSz w:w="11900" w:h="16840"/>
          <w:pgMar w:top="298" w:right="688" w:bottom="368" w:left="666" w:header="720" w:footer="720" w:gutter="0"/>
          <w:cols w:space="720" w:num="1" w:equalWidth="0"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способ выражения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своё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открытость себе и другим;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74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по учебному предмету «Иностранный (английский) язык»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«Иностранные языки» ориентированы на применение знаний, умений и навыков 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 и реальных жизненных условиях, должны отражать сформированность иноязычной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на допороговом уровне в совокупности её составляющих — речевой,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языковой, социокультурной, компенсаторной, метапредметной (учебно-познавательной).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Владеть основными видами речевой деятельности: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(диалог этикетного характера, диалог — побуждение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действию, диалог-расспрос) в рамках тематического содержания речи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с вербальными и/или зрительными опорами, с соблюдением норм речевого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этикета, принятого в стране/странах изучаемого языка (до 5 реплик со стороны каждого собеседника);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разные виды монологических высказываний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(объём монологического высказывания — 5-6 фраз);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основное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 текста с вербальными и/или зрительными опорами (объём — 5-6 фраз); кратко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результаты  выполненной проектной работы (объём — до 6 фраз);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воспринимать на слух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со зрительными опорами или без опоры с разной глубиной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(время звучания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текста/текстов для аудирования — до 1 минуты);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смысловоечтение: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 различной глубиной проникновения в их содержание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от поставленной коммуникативной задачи: с пониманием основного содержания,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запрашиваемой информации (объём текста/текстов для чтения — 180-200 слов);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 себя несплошные тексты (таблицы) и понимать представленную в них информацию;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короткие поздравления с праздниками; заполнять анкеты и формуляры,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сообщая о себе основные сведения, в соответствии с нормами, принятыми в стране/странах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соблюдая речевой этикет,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принятый в стране/странах изучаемого языка (объём сообщения — до 60 слов);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фонетическими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различать на слух и адекватно,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 ошибок, ведущих к сбою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 с правильным ударением и фразы с соблюдением их ритмико-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интонационных особенностей, в том числе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применять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отсутствия фразового ударения на</w:t>
      </w:r>
    </w:p>
    <w:p>
      <w:pPr>
        <w:sectPr>
          <w:pgSz w:w="11900" w:h="16840"/>
          <w:pgMar w:top="298" w:right="676" w:bottom="332" w:left="666" w:header="720" w:footer="720" w:gutter="0"/>
          <w:cols w:space="720" w:num="1" w:equalWidth="0"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служебных словах;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выразительно читать вслух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небольшие адаптированные аутентичные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объёмом до 90 слов, построенные на изученном языковом материале, с соблюдением правил чтения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соответствующей интонацией, демонстрируя понимание содержания текста; читать новые слова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основным правилам чтения;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орфографическими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пунктуационными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навыками: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 в конце предложения, запятую при перечислении и обращении, апостроф; пунктуационно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оформлять электронное сообщение личного характера;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звучащем и письменном тексте 675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устной и письменной речи 625 лексических единиц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(включая  500  лексических  единиц, освоенных в начальной школе), обслуживающих ситуации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отобранного тематического содержания, с соблюдением существующей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лексической сочетаемости;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слова, образованные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аффиксации: имена существительные с суффиксами -er/-or, -ist, -sion/- tion;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прилагательные с суффиксами -ful, -ian/-an; наречия с суффиксом -ly; имена прилагательные,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существительные и наречия с отрицательным префиксом un-;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изученные синонимы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интернациональные слова;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английского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английского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письменном и звучащем тексте и употреблять в устной и письменной речи: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 предложения с несколькими обстоятельствами, следующими в определённом порядке;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глаголы в  видо-временных  формах  действительного  залога в изъявительном наклонении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Present Perfect Tense в повествовательных (утвердительных и отрицательных) и вопросительных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имена существительные во множественном числе, в том числе имена существительные, имеющие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имена существительные с причастиями настоящего и прошедшего времени;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социокультурными знаниями и умениями: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социокультурные элементы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 в рамках тематического содержания;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знать/понимать и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наиболее употребительную лексику,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обозначающую фоновую лексику и реалии страны/стран изучаемого языка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речи;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правильно 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адрес, писать фамилии и имена (свои, родственников и друзей)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английском языке (в анкете, формуляре);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обладать базовыми знаниями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социокультурном портрете родной страны и страны/стран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языка;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Россию и страны/стран изучаемого языка;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компенсаторными умениями: использовать при чтении и аудировании языковую</w:t>
      </w:r>
    </w:p>
    <w:p>
      <w:pPr>
        <w:sectPr>
          <w:pgSz w:w="11900" w:h="16840"/>
          <w:pgMar w:top="286" w:right="728" w:bottom="368" w:left="666" w:header="720" w:footer="720" w:gutter="0"/>
          <w:cols w:space="720" w:num="1" w:equalWidth="0"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догадку, в том числе контекстуальную; игнорировать информацию, не являющуюся необходимой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понимания основного содержания прочитанного/ прослушанного текста или для нахождения в 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участвовать в несложных учебных проектах с использованием материалов на английском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применением ИКТ, соблюдая правила информационной безопасности при работе в сети Интернет;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использовать 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в электронной форме.</w:t>
      </w:r>
    </w:p>
    <w:p>
      <w:pPr>
        <w:sectPr>
          <w:pgSz w:w="11900" w:h="16840"/>
          <w:pgMar w:top="286" w:right="728" w:bottom="1440" w:left="666" w:header="720" w:footer="720" w:gutter="0"/>
          <w:cols w:space="720" w:num="1" w:equalWidth="0"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39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84"/>
            <w:vMerge w:val="restart"/>
            <w:tcBorders>
              <w:start w:sz="4.800000000000182" w:val="single" w:color="#000000"/>
              <w:top w:sz="4.800000000000011" w:val="single" w:color="#000000"/>
              <w:end w:sz="5.59999999999945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424"/>
            <w:vMerge w:val="restart"/>
            <w:tcBorders>
              <w:start w:sz="5.59999999999945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5.599999999999454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5.59999999999945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614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Моя семья. Мои друзья.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Семейные праздники (день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рождения, Новый год)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речь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Начинать;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поддерживать и заканчивать разговор;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том числе по телефону; поздравлять с праздником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 реагировать на поздравление; выражать;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благодарность. Обращаться с просьбой;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 соглашаться/не соглашаться выполнить просьбу;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приглашать собесед- ника к совместной деятельности;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 соглашать- ся/не соглашаться на предложение;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собеседника. Сообщать фактическую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отвечая на вопросы разных видов; запрашивать;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интересующую информацию.;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диалог в соответствии с поставленной;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коммуникативной задачей с опорой на образец;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речевые ситуации и/или иллюстрации;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68" w:val="single" w:color="#000000"/>
              <w:end w:sz="5.59999999999945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https://resh.edu.ru/subject/lesson/2872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https://www.prosv.ru/assistance/umk/english-</w:t>
            </w:r>
          </w:p>
          <w:p>
            <w:pPr>
              <w:autoSpaceDN w:val="0"/>
              <w:autoSpaceDE w:val="0"/>
              <w:widowControl/>
              <w:spacing w:line="254" w:lineRule="auto" w:before="212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spotlight.html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https://resh.edu.ru/subject/lesson/7494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https://resh.edu.ru/subject/lesson/7469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https://resh.edu.ru/subject/lesson/7501/start/309532/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https://resh.edu.ru/subject/lesson/7517/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https://resh.edu.ru/subject/lesson/7516/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https://resh.edu.ru/subject/lesson/7483/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https://resh.edu.ru/subject/lesson/7510/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3726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Внешность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 человека/литературного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персонажа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речь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Высказываться о фактах;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событиях;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основные типы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(описание/характеристика;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повествование) с опорой на ключевые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и/или иллюстрации;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фотографии. Описывать объект;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человека/литературного персонажа по определённой;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схеме. Передавать содержание прочитанного текста 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опорой на 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 слова и/или иллюстрации;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фотографии. Кратко излагать результаты выполненной;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проектной работы. Работать индивидуально и в группе;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выполнении проектной работы.;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5.59999999999945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https://resh.edu.ru/subject/lesson/7493/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https://resh.edu.ru/subject/lesson/7490/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https://resh.edu.ru/subject/lesson/7506/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https://resh.edu.ru/subject/lesson/7505/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302" w:left="666" w:header="720" w:footer="720" w:gutter="0"/>
          <w:cols w:space="720" w:num="1" w:equalWidth="0"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310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Досуг и увлечения/хобби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современного подростка (чтение,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кино, спорт)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29.10.2022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речь учителя по ведению урока. Распознавать;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слух и понимать связное высказывание учителя;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одноклассника;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построенное на знакомом языковом материале.;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Вербально/невербально реагировать на услышанное.;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на слух и понимать основное содержание;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несложных аутентичных текстов;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содержащие отдельные незнакомые слова. Определять;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 прослушанного текста. Воспринимать на слух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запрашиваемую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представленную в явном виде;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несложных аутентичных текстах;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содержащих отдельные незнакомые слова. Использовать;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языковую догадку при восприятии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 текстов;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содержащих незнакомые слова.;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Игнорировать незнакомые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мешающие;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содержание текста.;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11" w:val="single" w:color="#000000"/>
              <w:end w:sz="5.59999999999945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https://resh.edu.ru/subject/lesson/7482/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https://resh.edu.ru/subject/lesson/7497/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https://resh.edu.ru/subject/lesson/7514/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417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239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Здоровый образ жизни: режим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труда и отдыха. Здоровое питание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4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 1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 себя и понимать основное 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несложных адаптированных аутентичных текстов;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содержащие отдельные незнакомые слова.;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 прочитанного текста. Устанавливать;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логическую последовательность основных;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фактов.;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текст/части текста с иллюстрациями.;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 себя и находить в несложных адаптированных;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аутентичных текстах;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содержащих отдельные;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незнакомые слова запрашиваемую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представленную в явном виде.;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внешних формальных элементов;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 (подзаголовки;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сноски) для;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понимания основного содержания прочитанного текста.;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5.59999999999945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https://resh.edu.ru/subject/lesson/7504/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08" w:left="666" w:header="720" w:footer="720" w:gutter="0"/>
          <w:cols w:space="720" w:num="1" w:equalWidth="0"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22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Покупки: одежда, обувь и продукты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питания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16.12.2022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 2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Догадываться о значении незнакомых слов по сходству 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русским языком;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словообразовательным элементам;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контексту. Понимать интернациональные слова 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контексте. Игнорировать незнакомые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мешающие понимать основное содержание текста.;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Пользоваться сносками и лингвострановедческим;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справочником. Находить значение отдельных незнакомых;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в двуязычном словаре учебника. Читать про себя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запрашиваемую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представленную в несплошных текстах (таблице).;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Работать с информацией;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представленной в раз- ных форматах (текст;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таблица).;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11" w:val="single" w:color="#000000"/>
              <w:end w:sz="5.59999999999945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https://resh.edu.ru/subject/lesson/7504/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https://resh.edu.ru/subject/lesson/7515/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419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239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Школа, школьная жизнь, школьная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форма, изучаемые предметы.</w:t>
            </w:r>
          </w:p>
          <w:p>
            <w:pPr>
              <w:autoSpaceDN w:val="0"/>
              <w:autoSpaceDE w:val="0"/>
              <w:widowControl/>
              <w:spacing w:line="254" w:lineRule="auto" w:before="32" w:after="0"/>
              <w:ind w:left="72" w:right="576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Переписка с зарубежными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сверстниками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28.01.2023</w:t>
            </w:r>
          </w:p>
        </w:tc>
        <w:tc>
          <w:tcPr>
            <w:tcW w:type="dxa" w:w="4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речь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Списывать текст и выписывать из него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в соответствии с решаемой;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коммуникативной задачей. Восстанавливать;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 в соответствии с решаемой учебной задачей. Писать;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поздравления с праздниками (с Новым годом;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Рождеством;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днём рождения) с выражением пожеланий. Заполнять;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анкеты и формуляры: сообщать о себе основные сведения;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(имя;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фамилия;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возраст;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страна проживания;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любимое занятия и т. д.). Писать электронное сообщение;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личного характера: сообщать краткие сведения о себе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запрашивать аналогичную информацию о друге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переписке; выражать благодарность. Фиксировать;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нужную информацию.;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5.59999999999945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https://resh.edu.ru/subject/lesson/7468/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https://resh.edu.ru/subject/lesson/7477/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https://resh.edu.ru/subject/lesson/7476/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https://resh.edu.ru/subject/lesson/7475/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https://resh.edu.ru/subject/lesson/7473/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3018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239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Каникулы в различное время года.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Виды отдыха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16.02.2023</w:t>
            </w:r>
          </w:p>
        </w:tc>
        <w:tc>
          <w:tcPr>
            <w:tcW w:type="dxa" w:w="4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сторона речи (в течение учебного года);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на слух и адекватно произносить все звуки;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английского языка;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соблюдая нормы произнесения;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звуков. Соблюдать правильное ударение в изолированном;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фразе.;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правило отсутствия ударения на служебных;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словах (артиклях;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союзах;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предлогах).;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коммуникативный тип предложения по его;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Членить предложение на смысловые группы;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727" w:val="single" w:color="#000000"/>
              <w:end w:sz="5.59999999999945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3424"/>
            <w:tcBorders>
              <w:start w:sz="5.59999999999945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https://resh.edu.ru/subject/lesson/7507/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https://resh.edu.ru/subject/lesson/7517/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https://resh.edu.ru/subject/lesson/7516/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Библиотека МЭШ — Сборник упражнений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учебнику английcкого языка Spotlight 5 (Module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1-10) 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3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34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Природа: дикие и домашние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животные. Погода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пунктуация (в течение учебного года);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писать изученные слова.;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Вставлять пропущенные буквы в слове.;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расставлять знаки препинания: запятую;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перечислении и обращении; апостроф (в сокращенных формах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глаголов (глагола-связки; вспомогательного и модального);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притяжательном падеже;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 существительных/Possessive Case).; Правильно ставить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знаки препинания в конце предложения: точку в конце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повествовательного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вопросительный знак в конце вопросительного; предложения;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восклицательный знак в конце восклицательного предложения.</w:t>
            </w:r>
          </w:p>
          <w:p>
            <w:pPr>
              <w:autoSpaceDN w:val="0"/>
              <w:autoSpaceDE w:val="0"/>
              <w:widowControl/>
              <w:spacing w:line="252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Расставлять в электронном; сообщении личного характера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знаки препинания; диктуемые его форматом;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соответствии с нормами;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принятыми в стране/странах изучаемого языка.;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11" w:val="single" w:color="#000000"/>
              <w:end w:sz="5.59999999999945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https://resh.edu.ru/subject/lesson/7496/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https://resh.edu.ru/subject/lesson/7495/ Библиотека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МЭШ — Сборник упражнений к учебнику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английcкого языка Spotlight 5 (Module 1-10)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2462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Родной город/село. Транспорт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сторона речи (в течение учебного года); Узнавать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устном и письменном тексте и употреблять в речи изученные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лексические единицы (слова; словосочетания;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речевые клише); интернациональные слова; синонимы.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 простые словообразовательные элементы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(суффиксы;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префиксы). Группировать слова по их тематической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принадлежности. Опираться на языковую догадку в процессе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чтения и аудирования (интернациональные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образованные путем аффиксации).;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5.59999999999945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https://resh.edu.ru/subject/lesson/7485/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https://resh.edu.ru/subject/lesson/7484/ Библиотека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МЭШ — Сборник упражнений к учебнику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английcкого языка Spotlight 5 (Module 1-10)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2826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239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Родная страна и страна/страны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изучаемого языка. Их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географическое положение,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столицы, достопримечательности,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культурные особенности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(национальные праздники,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традиции, обычаи)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05.05.2023</w:t>
            </w:r>
          </w:p>
        </w:tc>
        <w:tc>
          <w:tcPr>
            <w:tcW w:type="dxa" w:w="4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сторона речи (в течение учебного года);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Воспроизводить основные коммуникативные типы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предложений. Соблюдать порядок слов в предложении.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в речи предложения с простым глагольным;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составным именным и составным глагольным сказуемыми.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и употреблять в устной и письменной речи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изученные морфологические формы и синтаксические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 английского языка в рамках тематического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 речи в соответствии с решаемой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коммуникативной задачей. Распознавать в письменном тексте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дифференцировать слова по определённым признакам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(существительные; прилагательные;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смысловые гла голы).;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727" w:val="single" w:color="#000000"/>
              <w:end w:sz="5.59999999999945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3424"/>
            <w:tcBorders>
              <w:start w:sz="5.599999999999454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https://resh.edu.ru/subject/lesson/7474/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https://resh.edu.ru/subject/lesson/7480/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https://resh.edu.ru/subject/lesson/7478/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https://resh.edu.ru/subject/lesson/7486/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https://resh.edu.ru/subject/lesson/7512/ Библиотека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МЭШ — Сборник упражнений к учебнику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английcкого языка Spotlight 5 (Module 1-10)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8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4154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239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страны и страны/стран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изучаемого языка: писатели,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поэты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19.05.2023</w:t>
            </w:r>
          </w:p>
        </w:tc>
        <w:tc>
          <w:tcPr>
            <w:tcW w:type="dxa" w:w="4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знания и умения (в течение учебного года);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отдельные социокультурные элементы; речевого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поведенческого этикета в стране/странах; изучаемого языка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отобранных ситуациях общения; («В семье»;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 школе»;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«На улице»).;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использовать в устной и письменной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наиболее употребительную тематическую фоновую; лексику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реалии в рамках отобранного тематического содержания.;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Владеть базовыми знаниями о социокультурном; портрете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родной страны и страны/стран изучаемого; языка.;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оформлять свой адрес на английском; языке (в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анкете;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формуляре).;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Кратко представлять Россию; некоторые культурные; явления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родной страны и страны/стран изучаемого; языка.;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сходство и различие в традициях родной; страны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страны/стран изучаемого языка.; Систематизировать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полученную; информацию.;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11" w:val="single" w:color="#000000"/>
              <w:end w:sz="5.59999999999945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3424"/>
            <w:tcBorders>
              <w:start w:sz="5.59999999999945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https://resh.edu.ru/subject/lesson/7492/ Библиотека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МЭШ — Сборник упражнений к учебнику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английcкого языка Spotlight 5 (Module 1-10)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(mos.ru)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https://edu.skysmart.ru</w:t>
            </w:r>
          </w:p>
        </w:tc>
      </w:tr>
      <w:tr>
        <w:trPr>
          <w:trHeight w:hRule="exact" w:val="520"/>
        </w:trPr>
        <w:tc>
          <w:tcPr>
            <w:tcW w:type="dxa" w:w="277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9954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друзьями. Моя семья. Члены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семьи.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друзьями. Моя семья.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Семейные традиции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друзьями. Моя семья.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Питомец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друзьями. Моя семья.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Конфликтные ситуации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способы их решения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друзьями. Моя семья.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Домашние обязанности.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друзьями. Моя семья.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Любимые занятия членов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семьи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друзьями. Моя семья.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Общение в семье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45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друзьями. Мои друзья.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друзьями. Мои друзья.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Лучший друг/подруга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друзьями. Мои друзья.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улице с друзьями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83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Моя семья.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Описание характера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Моя семья.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Описание характера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человека. Моя семья.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Внешность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человека. Мои друзья.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Внешность друзей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человека. Мои друзья.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Внешность друзей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человека. Моя семья.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Отрицательные качества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человека. Мои друзья.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Свободное время. Вечеринка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Свободное время. День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рождение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Свободное время. Чтение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книг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Свободное время.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Английский писатель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Свободное время. Любимая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книга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о с у г и у в л е ч е н и 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Свободное время.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Фотографии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3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спортсмены. Мои друзья.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Кружки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спортсмены. Мои друзья.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Эстремальные виды спорта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спортсмены. Мои друзья.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Обобщение и контроль.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жизни. Погода.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жизни. Времена года.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жизни.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экологии 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 д о р о в ы й о б р а з ж и з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и: 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жизни. Здоровье.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жизни. Болезни.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жизни.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жизни. Навестить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больного друга.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жизни. Вредные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привычки.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жизни. Правильный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перекус.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 д о р о в ы й о б р а з ж и з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и: 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врача.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жизни. Одежда.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 питания. Продукты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питания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 питания. Одежда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 Обувь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 питания. 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магазине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 питания. 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магазине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 питания. Выбор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необходимых товаров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магазине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продукты питания. Выбор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необходимых товаров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магазине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Школа. 1 сентября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Школа. Расписание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Школьные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принадлежности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Классный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кабинет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Классный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кабинет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Школа. Дни недели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45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Распорядок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школьного дня 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Переписка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зарубежными сверстниками.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Школа. Мои одноклассники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Школьные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Школьная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Английская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 к о л а, ш к о л ь н а я ж и 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 ь, учебные предметы,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школьная форма. Школа.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Каникулы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Школа. Кружки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Переписка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зарубежными сверстниками.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Мои друзья. Переписка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зарубежными сверстниками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Переписка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зарубежными сверстниками.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Мои друзья. Переписка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зарубежными сверстниками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Мы думаем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каникулах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Виды отдыха. Лето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деревне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Виды отдыха. Лето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деревне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Виды отдыха. Лето 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Виды отдыха.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спортивном лагере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Виды отдыха.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спортивном лагере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3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Виды отдыха. В летнем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лагере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Окружающий мир.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Летние каникулы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Окружающий мир.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зоопарке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Окружающий мир.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зоопарке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На море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В лагере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В лагере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мир.Природа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Великобритании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мир.Природа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Великобритании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Климат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Климат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деревне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7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Транспорт.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На ферме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 и з н ь  в  г о р о д е и с е 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ь с к о й м е с т н о с т 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Транспорт. Окружаю щ и й 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р. Л а н д ш а ф т м о е г о 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р о д 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Транспорт.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В городе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вокруг меня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средства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коммуникации (телефон,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 и т.д.).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подростка.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Телевизор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средства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коммуникации (телефон,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 и т.д.).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современного подростка.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Образовательные ресурсы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интернете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средства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коммуникации (телефон,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 и т.д.).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подростка.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Школьные СМИ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средства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коммуникации (телефон,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 и т.д.).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подростка.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Часы, проведенные за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компьютером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средства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коммуникации (телефон,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 и т.д.).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контроль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3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 о д н а я  с т р а н а  и  с т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н а / с т р а н ы   и з у ч а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 о г о я з ы к а. И х г е о г р 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 и ч е с к о е  п о л о ж е 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е, с т о л и ц ы  и  к р у п н 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 г о р о д а; достопримеча-те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 ь н о с т и, культурные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(национальные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праздники, традиции,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обычаи). 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языка. Русские города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языка. Лондон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языка. Тауэр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49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языка. Биг Бэн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Букингемский дворец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языка.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пройти…?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Лондонский зоопарк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49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 Музеи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языка. Флора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фауна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обычаи).Страны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языка. Традиции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Выдающиеся люди прошлого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др.).Великие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поэты, писатели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Сказочные персонажи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спортсмены и др.).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792"/>
            <w:gridSpan w:val="2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  <w:tc>
          <w:tcPr>
            <w:tcW w:type="dxa" w:w="4406"/>
            <w:gridSpan w:val="3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Комарова Ю.А., Ларионова И.В. Английский язык. 5 класс. ООО «Русское слово-учебник»;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1" w:lineRule="auto" w:before="166" w:after="0"/>
        <w:ind w:left="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Компоненты УМК "Spotlight 5" / "Английский в фокусе 5" 5 класс: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Книга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Рабочие программы. Предметная линия учебников «Английский в фокусе». 5-9 классы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Тренировочные упражнения в формате ГИА 5 класс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Сборник устных тем для подготовки к ГИА 5-9 класс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1" w:lineRule="auto" w:before="166" w:after="0"/>
        <w:ind w:left="0" w:right="51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https://www.prosv.ru/assistance/umk/english-spotlight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https://www.prosv.ru/umk/spotlight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https://resh.edu.ru/subject/11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https://resh.edu.ru/subject/11/5/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https://uchebnik.mos.ru/catalogue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https://edu.skysmart.ru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Аудиокурс для занятий в классе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Аудиокурс к книге для чтения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 специалиста, лицензионное программное обеспечение Многофункциональное устройство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Средство организации проводной сети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81" w:lineRule="auto" w:before="166" w:after="0"/>
        <w:ind w:left="0" w:right="48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Мультимедийный 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Акустическая система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Экран настенный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Мобильные устройства памяти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Комплект для аудиозаписи (наушники с микрофоном)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506" w:space="0"/>
        <w:col w:w="10506" w:space="0"/>
        <w:col w:w="10558" w:space="0"/>
        <w:col w:w="10546" w:space="0"/>
        <w:col w:w="10412" w:space="0"/>
        <w:col w:w="10580" w:space="0"/>
        <w:col w:w="10594" w:space="0"/>
        <w:col w:w="10584" w:space="0"/>
        <w:col w:w="10556" w:space="0"/>
        <w:col w:w="10536" w:space="0"/>
        <w:col w:w="10586" w:space="0"/>
        <w:col w:w="10584" w:space="0"/>
        <w:col w:w="10574" w:space="0"/>
        <w:col w:w="10584" w:space="0"/>
        <w:col w:w="9020" w:space="0"/>
        <w:col w:w="1028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