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747A" w:rsidRDefault="0054747A">
      <w:pPr>
        <w:autoSpaceDE w:val="0"/>
        <w:autoSpaceDN w:val="0"/>
        <w:spacing w:after="78" w:line="220" w:lineRule="exact"/>
      </w:pPr>
    </w:p>
    <w:p w:rsidR="0054747A" w:rsidRPr="004C65D0" w:rsidRDefault="00A52BE5">
      <w:pPr>
        <w:autoSpaceDE w:val="0"/>
        <w:autoSpaceDN w:val="0"/>
        <w:spacing w:after="0" w:line="230" w:lineRule="auto"/>
        <w:ind w:left="1494"/>
        <w:rPr>
          <w:lang w:val="ru-RU"/>
        </w:rPr>
      </w:pPr>
      <w:r w:rsidRPr="004C65D0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54747A" w:rsidRPr="004C65D0" w:rsidRDefault="00A52BE5">
      <w:pPr>
        <w:autoSpaceDE w:val="0"/>
        <w:autoSpaceDN w:val="0"/>
        <w:spacing w:before="670" w:after="0" w:line="230" w:lineRule="auto"/>
        <w:ind w:left="2340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Республики Дагестан</w:t>
      </w:r>
    </w:p>
    <w:p w:rsidR="004C62BA" w:rsidRDefault="00EC3A90" w:rsidP="00EC3A90">
      <w:pPr>
        <w:autoSpaceDE w:val="0"/>
        <w:autoSpaceDN w:val="0"/>
        <w:spacing w:before="670" w:after="2096" w:line="230" w:lineRule="auto"/>
        <w:ind w:right="3732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                                                </w:t>
      </w:r>
      <w:r w:rsidR="004C62BA">
        <w:rPr>
          <w:rFonts w:ascii="Times New Roman" w:eastAsia="Times New Roman" w:hAnsi="Times New Roman"/>
          <w:color w:val="000000"/>
          <w:sz w:val="24"/>
          <w:lang w:val="ru-RU"/>
        </w:rPr>
        <w:t xml:space="preserve"> 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МКОУ «</w:t>
      </w:r>
      <w:proofErr w:type="spellStart"/>
      <w:r w:rsidR="004C62BA">
        <w:rPr>
          <w:rFonts w:ascii="Times New Roman" w:eastAsia="Times New Roman" w:hAnsi="Times New Roman"/>
          <w:color w:val="000000"/>
          <w:sz w:val="24"/>
          <w:lang w:val="ru-RU"/>
        </w:rPr>
        <w:t>Муцалаульская</w:t>
      </w:r>
      <w:proofErr w:type="spellEnd"/>
      <w:r w:rsidR="004C62BA">
        <w:rPr>
          <w:rFonts w:ascii="Times New Roman" w:eastAsia="Times New Roman" w:hAnsi="Times New Roman"/>
          <w:color w:val="000000"/>
          <w:sz w:val="24"/>
          <w:lang w:val="ru-RU"/>
        </w:rPr>
        <w:t xml:space="preserve"> СОШ№2»</w:t>
      </w:r>
    </w:p>
    <w:p w:rsidR="004C62BA" w:rsidRPr="00EC3A90" w:rsidRDefault="004C62BA" w:rsidP="00EC3A90">
      <w:pPr>
        <w:autoSpaceDE w:val="0"/>
        <w:autoSpaceDN w:val="0"/>
        <w:spacing w:before="670" w:after="2096" w:line="230" w:lineRule="auto"/>
        <w:ind w:right="3732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                                                         Управление образования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22"/>
        <w:gridCol w:w="3700"/>
        <w:gridCol w:w="3400"/>
      </w:tblGrid>
      <w:tr w:rsidR="0054747A">
        <w:trPr>
          <w:trHeight w:hRule="exact" w:val="270"/>
        </w:trPr>
        <w:tc>
          <w:tcPr>
            <w:tcW w:w="3022" w:type="dxa"/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44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700" w:type="dxa"/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44" w:after="0" w:line="230" w:lineRule="auto"/>
              <w:ind w:left="4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3400" w:type="dxa"/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44" w:after="0" w:line="230" w:lineRule="auto"/>
              <w:ind w:left="3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54747A">
        <w:trPr>
          <w:trHeight w:hRule="exact" w:val="200"/>
        </w:trPr>
        <w:tc>
          <w:tcPr>
            <w:tcW w:w="3022" w:type="dxa"/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методическим объединением</w:t>
            </w:r>
          </w:p>
        </w:tc>
        <w:tc>
          <w:tcPr>
            <w:tcW w:w="3700" w:type="dxa"/>
            <w:tcMar>
              <w:left w:w="0" w:type="dxa"/>
              <w:right w:w="0" w:type="dxa"/>
            </w:tcMar>
          </w:tcPr>
          <w:p w:rsidR="0054747A" w:rsidRDefault="00EC3A90">
            <w:pPr>
              <w:autoSpaceDE w:val="0"/>
              <w:autoSpaceDN w:val="0"/>
              <w:spacing w:after="0" w:line="230" w:lineRule="auto"/>
              <w:ind w:left="4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Заместитель директора по УВ</w:t>
            </w:r>
            <w:r w:rsidR="00A52BE5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</w:t>
            </w:r>
          </w:p>
        </w:tc>
        <w:tc>
          <w:tcPr>
            <w:tcW w:w="3400" w:type="dxa"/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after="0" w:line="230" w:lineRule="auto"/>
              <w:ind w:left="3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</w:t>
            </w:r>
          </w:p>
        </w:tc>
      </w:tr>
      <w:tr w:rsidR="0054747A">
        <w:trPr>
          <w:trHeight w:hRule="exact" w:val="488"/>
        </w:trPr>
        <w:tc>
          <w:tcPr>
            <w:tcW w:w="3022" w:type="dxa"/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учителей</w:t>
            </w:r>
          </w:p>
        </w:tc>
        <w:tc>
          <w:tcPr>
            <w:tcW w:w="3700" w:type="dxa"/>
            <w:tcMar>
              <w:left w:w="0" w:type="dxa"/>
              <w:right w:w="0" w:type="dxa"/>
            </w:tcMar>
          </w:tcPr>
          <w:p w:rsidR="0054747A" w:rsidRDefault="00EC3A90" w:rsidP="004C65D0">
            <w:pPr>
              <w:autoSpaceDE w:val="0"/>
              <w:autoSpaceDN w:val="0"/>
              <w:spacing w:before="202" w:after="0" w:line="230" w:lineRule="auto"/>
              <w:ind w:left="49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Латипов.А.М</w:t>
            </w:r>
            <w:proofErr w:type="spellEnd"/>
          </w:p>
        </w:tc>
        <w:tc>
          <w:tcPr>
            <w:tcW w:w="3400" w:type="dxa"/>
            <w:tcMar>
              <w:left w:w="0" w:type="dxa"/>
              <w:right w:w="0" w:type="dxa"/>
            </w:tcMar>
          </w:tcPr>
          <w:p w:rsidR="0054747A" w:rsidRPr="004C65D0" w:rsidRDefault="00EC3A90" w:rsidP="004C65D0">
            <w:pPr>
              <w:autoSpaceDE w:val="0"/>
              <w:autoSpaceDN w:val="0"/>
              <w:spacing w:before="202" w:after="0" w:line="230" w:lineRule="auto"/>
              <w:ind w:left="31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Гамзатов,Б.М</w:t>
            </w:r>
            <w:proofErr w:type="spellEnd"/>
          </w:p>
        </w:tc>
      </w:tr>
    </w:tbl>
    <w:p w:rsidR="0054747A" w:rsidRDefault="0054747A">
      <w:pPr>
        <w:autoSpaceDE w:val="0"/>
        <w:autoSpaceDN w:val="0"/>
        <w:spacing w:after="0" w:line="62" w:lineRule="exact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62"/>
        <w:gridCol w:w="2640"/>
        <w:gridCol w:w="3280"/>
      </w:tblGrid>
      <w:tr w:rsidR="0054747A">
        <w:trPr>
          <w:trHeight w:hRule="exact" w:val="370"/>
        </w:trPr>
        <w:tc>
          <w:tcPr>
            <w:tcW w:w="3162" w:type="dxa"/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60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Руководитель МО</w:t>
            </w:r>
          </w:p>
        </w:tc>
        <w:tc>
          <w:tcPr>
            <w:tcW w:w="2640" w:type="dxa"/>
            <w:tcMar>
              <w:left w:w="0" w:type="dxa"/>
              <w:right w:w="0" w:type="dxa"/>
            </w:tcMar>
          </w:tcPr>
          <w:p w:rsidR="0054747A" w:rsidRPr="00EC3A90" w:rsidRDefault="00A52BE5">
            <w:pPr>
              <w:autoSpaceDE w:val="0"/>
              <w:autoSpaceDN w:val="0"/>
              <w:spacing w:before="60" w:after="0" w:line="230" w:lineRule="auto"/>
              <w:ind w:left="356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</w:t>
            </w:r>
            <w:r w:rsidR="00EC3A90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5</w:t>
            </w:r>
          </w:p>
        </w:tc>
        <w:tc>
          <w:tcPr>
            <w:tcW w:w="3280" w:type="dxa"/>
            <w:tcMar>
              <w:left w:w="0" w:type="dxa"/>
              <w:right w:w="0" w:type="dxa"/>
            </w:tcMar>
          </w:tcPr>
          <w:p w:rsidR="0054747A" w:rsidRPr="00EC3A90" w:rsidRDefault="00A52BE5">
            <w:pPr>
              <w:autoSpaceDE w:val="0"/>
              <w:autoSpaceDN w:val="0"/>
              <w:spacing w:before="60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№</w:t>
            </w:r>
            <w:r w:rsidR="00EC3A90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54</w:t>
            </w:r>
          </w:p>
        </w:tc>
      </w:tr>
      <w:tr w:rsidR="0054747A" w:rsidRPr="00EC3A90">
        <w:trPr>
          <w:trHeight w:hRule="exact" w:val="384"/>
        </w:trPr>
        <w:tc>
          <w:tcPr>
            <w:tcW w:w="3162" w:type="dxa"/>
            <w:tcMar>
              <w:left w:w="0" w:type="dxa"/>
              <w:right w:w="0" w:type="dxa"/>
            </w:tcMar>
          </w:tcPr>
          <w:p w:rsidR="0054747A" w:rsidRDefault="00EC3A90" w:rsidP="004C65D0">
            <w:pPr>
              <w:autoSpaceDE w:val="0"/>
              <w:autoSpaceDN w:val="0"/>
              <w:spacing w:before="98" w:after="0" w:line="230" w:lineRule="auto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Шейхова.П.Р</w:t>
            </w:r>
            <w:proofErr w:type="spellEnd"/>
          </w:p>
        </w:tc>
        <w:tc>
          <w:tcPr>
            <w:tcW w:w="2640" w:type="dxa"/>
            <w:tcMar>
              <w:left w:w="0" w:type="dxa"/>
              <w:right w:w="0" w:type="dxa"/>
            </w:tcMar>
          </w:tcPr>
          <w:p w:rsidR="0054747A" w:rsidRPr="00EC3A90" w:rsidRDefault="00A52BE5">
            <w:pPr>
              <w:autoSpaceDE w:val="0"/>
              <w:autoSpaceDN w:val="0"/>
              <w:spacing w:before="98" w:after="0" w:line="230" w:lineRule="auto"/>
              <w:ind w:left="356"/>
              <w:rPr>
                <w:lang w:val="ru-RU"/>
              </w:rPr>
            </w:pPr>
            <w:r w:rsidRPr="00EC3A90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от "</w:t>
            </w:r>
            <w:r w:rsidR="00EC3A90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06.06.2022</w:t>
            </w:r>
            <w:r w:rsidRPr="00EC3A90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"    г.</w:t>
            </w:r>
          </w:p>
        </w:tc>
        <w:tc>
          <w:tcPr>
            <w:tcW w:w="3280" w:type="dxa"/>
            <w:tcMar>
              <w:left w:w="0" w:type="dxa"/>
              <w:right w:w="0" w:type="dxa"/>
            </w:tcMar>
          </w:tcPr>
          <w:p w:rsidR="0054747A" w:rsidRPr="00EC3A90" w:rsidRDefault="00EC3A90" w:rsidP="00EC3A90">
            <w:pPr>
              <w:autoSpaceDE w:val="0"/>
              <w:autoSpaceDN w:val="0"/>
              <w:spacing w:before="98" w:after="0" w:line="480" w:lineRule="auto"/>
              <w:ind w:right="1406"/>
              <w:jc w:val="right"/>
              <w:rPr>
                <w:lang w:val="ru-RU"/>
              </w:rPr>
            </w:pPr>
            <w:r w:rsidRPr="00EC3A90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от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«06.06.2022» </w:t>
            </w:r>
            <w:r w:rsidR="00A52BE5" w:rsidRPr="00EC3A90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г.</w:t>
            </w:r>
          </w:p>
        </w:tc>
      </w:tr>
    </w:tbl>
    <w:p w:rsidR="0054747A" w:rsidRPr="00EC3A90" w:rsidRDefault="00A52BE5">
      <w:pPr>
        <w:autoSpaceDE w:val="0"/>
        <w:autoSpaceDN w:val="0"/>
        <w:spacing w:before="122" w:after="0" w:line="230" w:lineRule="auto"/>
        <w:rPr>
          <w:lang w:val="ru-RU"/>
        </w:rPr>
      </w:pPr>
      <w:r w:rsidRPr="00EC3A90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Протокол №</w:t>
      </w:r>
      <w:r w:rsidR="00EC3A90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5 </w:t>
      </w:r>
    </w:p>
    <w:p w:rsidR="004C62BA" w:rsidRDefault="00A52BE5" w:rsidP="004C62BA">
      <w:pPr>
        <w:autoSpaceDE w:val="0"/>
        <w:autoSpaceDN w:val="0"/>
        <w:spacing w:before="182" w:after="0" w:line="230" w:lineRule="auto"/>
        <w:rPr>
          <w:lang w:val="ru-RU"/>
        </w:rPr>
      </w:pPr>
      <w:r w:rsidRPr="00EC3A90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от "</w:t>
      </w:r>
      <w:r w:rsidR="00EC3A90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06.06.2022</w:t>
      </w:r>
      <w:r w:rsidRPr="00EC3A90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" г.</w:t>
      </w:r>
      <w:r w:rsidR="004C62BA">
        <w:rPr>
          <w:lang w:val="ru-RU"/>
        </w:rPr>
        <w:t xml:space="preserve"> </w:t>
      </w:r>
    </w:p>
    <w:p w:rsidR="004C62BA" w:rsidRDefault="004C62BA" w:rsidP="004C62BA">
      <w:pPr>
        <w:autoSpaceDE w:val="0"/>
        <w:autoSpaceDN w:val="0"/>
        <w:spacing w:before="182" w:after="0" w:line="230" w:lineRule="auto"/>
        <w:rPr>
          <w:lang w:val="ru-RU"/>
        </w:rPr>
      </w:pPr>
    </w:p>
    <w:p w:rsidR="004C62BA" w:rsidRDefault="004C62BA" w:rsidP="004C62BA">
      <w:pPr>
        <w:autoSpaceDE w:val="0"/>
        <w:autoSpaceDN w:val="0"/>
        <w:spacing w:before="182" w:after="0" w:line="230" w:lineRule="auto"/>
        <w:rPr>
          <w:lang w:val="ru-RU"/>
        </w:rPr>
      </w:pPr>
    </w:p>
    <w:p w:rsidR="0054747A" w:rsidRPr="00EC3A90" w:rsidRDefault="004C62BA" w:rsidP="004C62BA">
      <w:pPr>
        <w:autoSpaceDE w:val="0"/>
        <w:autoSpaceDN w:val="0"/>
        <w:spacing w:before="182" w:after="0" w:line="230" w:lineRule="auto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</w:t>
      </w:r>
      <w:r w:rsidR="00A52BE5" w:rsidRPr="00EC3A9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РАБОЧАЯ ПРОГРАММА </w:t>
      </w:r>
      <w:r w:rsidR="00A52BE5" w:rsidRPr="00EC3A90">
        <w:rPr>
          <w:lang w:val="ru-RU"/>
        </w:rPr>
        <w:br/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                                                                             </w:t>
      </w:r>
      <w:r w:rsidR="00A52BE5" w:rsidRPr="00EC3A90">
        <w:rPr>
          <w:rFonts w:ascii="Times New Roman" w:eastAsia="Times New Roman" w:hAnsi="Times New Roman"/>
          <w:b/>
          <w:color w:val="000000"/>
          <w:sz w:val="24"/>
          <w:lang w:val="ru-RU"/>
        </w:rPr>
        <w:t>(</w:t>
      </w:r>
      <w:r w:rsidR="00A52BE5">
        <w:rPr>
          <w:rFonts w:ascii="Times New Roman" w:eastAsia="Times New Roman" w:hAnsi="Times New Roman"/>
          <w:b/>
          <w:color w:val="000000"/>
          <w:sz w:val="24"/>
        </w:rPr>
        <w:t>ID</w:t>
      </w:r>
      <w:r w:rsidR="00A52BE5" w:rsidRPr="00EC3A9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1486112)</w:t>
      </w:r>
    </w:p>
    <w:p w:rsidR="0054747A" w:rsidRPr="00EC3A90" w:rsidRDefault="00A52BE5">
      <w:pPr>
        <w:autoSpaceDE w:val="0"/>
        <w:autoSpaceDN w:val="0"/>
        <w:spacing w:before="166" w:after="0" w:line="262" w:lineRule="auto"/>
        <w:ind w:left="3744" w:right="3312"/>
        <w:jc w:val="center"/>
        <w:rPr>
          <w:lang w:val="ru-RU"/>
        </w:rPr>
      </w:pPr>
      <w:r w:rsidRPr="00EC3A90">
        <w:rPr>
          <w:rFonts w:ascii="Times New Roman" w:eastAsia="Times New Roman" w:hAnsi="Times New Roman"/>
          <w:color w:val="000000"/>
          <w:sz w:val="24"/>
          <w:lang w:val="ru-RU"/>
        </w:rPr>
        <w:t>учебного предмета</w:t>
      </w:r>
      <w:r w:rsidRPr="00EC3A90">
        <w:rPr>
          <w:lang w:val="ru-RU"/>
        </w:rPr>
        <w:br/>
      </w:r>
      <w:r w:rsidRPr="00EC3A90">
        <w:rPr>
          <w:rFonts w:ascii="Times New Roman" w:eastAsia="Times New Roman" w:hAnsi="Times New Roman"/>
          <w:color w:val="000000"/>
          <w:sz w:val="24"/>
          <w:lang w:val="ru-RU"/>
        </w:rPr>
        <w:t>«Изобразительное искусство»</w:t>
      </w:r>
    </w:p>
    <w:p w:rsidR="0054747A" w:rsidRPr="004C65D0" w:rsidRDefault="00A52BE5">
      <w:pPr>
        <w:autoSpaceDE w:val="0"/>
        <w:autoSpaceDN w:val="0"/>
        <w:spacing w:before="670" w:after="0" w:line="262" w:lineRule="auto"/>
        <w:ind w:left="2880" w:right="2592"/>
        <w:jc w:val="center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для 1 класса начального общего образования </w:t>
      </w:r>
      <w:r w:rsidRPr="004C65D0">
        <w:rPr>
          <w:lang w:val="ru-RU"/>
        </w:rPr>
        <w:br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на 2022 - 2023  учебный год</w:t>
      </w:r>
    </w:p>
    <w:p w:rsidR="004C65D0" w:rsidRDefault="00A52BE5" w:rsidP="004C62BA">
      <w:pPr>
        <w:autoSpaceDE w:val="0"/>
        <w:autoSpaceDN w:val="0"/>
        <w:spacing w:before="2112" w:after="0" w:line="262" w:lineRule="auto"/>
        <w:ind w:left="6506" w:hanging="876"/>
        <w:rPr>
          <w:rFonts w:ascii="Times New Roman" w:eastAsia="Times New Roman" w:hAnsi="Times New Roman"/>
          <w:color w:val="000000"/>
          <w:sz w:val="24"/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Составител</w:t>
      </w:r>
      <w:r w:rsidR="00EC3A90">
        <w:rPr>
          <w:rFonts w:ascii="Times New Roman" w:eastAsia="Times New Roman" w:hAnsi="Times New Roman"/>
          <w:color w:val="000000"/>
          <w:sz w:val="24"/>
          <w:lang w:val="ru-RU"/>
        </w:rPr>
        <w:t xml:space="preserve">ь: </w:t>
      </w:r>
      <w:proofErr w:type="spellStart"/>
      <w:r w:rsidR="00EC3A90">
        <w:rPr>
          <w:rFonts w:ascii="Times New Roman" w:eastAsia="Times New Roman" w:hAnsi="Times New Roman"/>
          <w:color w:val="000000"/>
          <w:sz w:val="24"/>
          <w:lang w:val="ru-RU"/>
        </w:rPr>
        <w:t>Шейхова</w:t>
      </w:r>
      <w:proofErr w:type="spellEnd"/>
      <w:r w:rsidR="00EC3A90">
        <w:rPr>
          <w:rFonts w:ascii="Times New Roman" w:eastAsia="Times New Roman" w:hAnsi="Times New Roman"/>
          <w:color w:val="000000"/>
          <w:sz w:val="24"/>
          <w:lang w:val="ru-RU"/>
        </w:rPr>
        <w:t xml:space="preserve"> Патина </w:t>
      </w:r>
      <w:proofErr w:type="spellStart"/>
      <w:r w:rsidR="00EC3A90">
        <w:rPr>
          <w:rFonts w:ascii="Times New Roman" w:eastAsia="Times New Roman" w:hAnsi="Times New Roman"/>
          <w:color w:val="000000"/>
          <w:sz w:val="24"/>
          <w:lang w:val="ru-RU"/>
        </w:rPr>
        <w:t>Рамазановна</w:t>
      </w:r>
      <w:proofErr w:type="spellEnd"/>
      <w:r w:rsidRPr="004C65D0">
        <w:rPr>
          <w:lang w:val="ru-RU"/>
        </w:rPr>
        <w:br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учитель изобразительного искусства</w:t>
      </w:r>
    </w:p>
    <w:p w:rsidR="0054747A" w:rsidRPr="004C65D0" w:rsidRDefault="0054747A">
      <w:pPr>
        <w:autoSpaceDE w:val="0"/>
        <w:autoSpaceDN w:val="0"/>
        <w:spacing w:after="78" w:line="220" w:lineRule="exact"/>
        <w:rPr>
          <w:lang w:val="ru-RU"/>
        </w:rPr>
      </w:pPr>
    </w:p>
    <w:p w:rsidR="0054747A" w:rsidRPr="004C65D0" w:rsidRDefault="00A52BE5" w:rsidP="004C65D0">
      <w:pPr>
        <w:autoSpaceDE w:val="0"/>
        <w:autoSpaceDN w:val="0"/>
        <w:spacing w:after="0" w:line="230" w:lineRule="auto"/>
        <w:jc w:val="center"/>
        <w:rPr>
          <w:lang w:val="ru-RU"/>
        </w:rPr>
      </w:pPr>
      <w:r w:rsidRPr="004C65D0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54747A" w:rsidRPr="004C65D0" w:rsidRDefault="00A52BE5" w:rsidP="004C65D0">
      <w:pPr>
        <w:autoSpaceDE w:val="0"/>
        <w:autoSpaceDN w:val="0"/>
        <w:spacing w:before="346" w:after="0"/>
        <w:ind w:firstLine="180"/>
        <w:jc w:val="both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по изобразительному искусству для обучающихся 1 класса на уровне начального общего образования составлена на основе «Требований к результатам освоения основной </w:t>
      </w:r>
      <w:r w:rsidRPr="004C65D0">
        <w:rPr>
          <w:lang w:val="ru-RU"/>
        </w:rPr>
        <w:br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образовательной программы», представленных в Федеральном государственном образовательном стандарте начального общего образования.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70" w:after="0" w:line="262" w:lineRule="auto"/>
        <w:jc w:val="both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Содержание программы распределено по модулям с учётом проверяемых требований к результатам освоения учебного предмета, выносимым на промежуточную аттестацию.</w:t>
      </w:r>
    </w:p>
    <w:p w:rsidR="0054747A" w:rsidRPr="004C65D0" w:rsidRDefault="00A52BE5" w:rsidP="004C65D0">
      <w:pPr>
        <w:autoSpaceDE w:val="0"/>
        <w:autoSpaceDN w:val="0"/>
        <w:spacing w:before="70" w:after="0" w:line="278" w:lineRule="auto"/>
        <w:ind w:right="144" w:firstLine="180"/>
        <w:jc w:val="both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Цель преподавания предмета «Изобразительное искусство» состоит в формировании </w:t>
      </w:r>
      <w:r w:rsidRPr="004C65D0">
        <w:rPr>
          <w:lang w:val="ru-RU"/>
        </w:rPr>
        <w:br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художественной культуры учащихся,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учащихся.</w:t>
      </w:r>
    </w:p>
    <w:p w:rsidR="0054747A" w:rsidRPr="004C65D0" w:rsidRDefault="00A52BE5" w:rsidP="004C65D0">
      <w:pPr>
        <w:autoSpaceDE w:val="0"/>
        <w:autoSpaceDN w:val="0"/>
        <w:spacing w:before="70" w:after="0" w:line="271" w:lineRule="auto"/>
        <w:ind w:right="576" w:firstLine="180"/>
        <w:jc w:val="both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Преподавание предмета направлено на развитие духовной культуры учащихся,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54747A" w:rsidRPr="004C65D0" w:rsidRDefault="00A52BE5" w:rsidP="004C65D0">
      <w:pPr>
        <w:autoSpaceDE w:val="0"/>
        <w:autoSpaceDN w:val="0"/>
        <w:spacing w:before="70" w:after="0" w:line="286" w:lineRule="auto"/>
        <w:ind w:right="144" w:firstLine="180"/>
        <w:jc w:val="both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Содержание предмета охватывает все основные вида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Для учащихся начальной школы большое значение также имеет восприятие произведений детского творчества, умение обсуждать и анализировать детские рисунки с позиций выраженного в них содержания, художественных средств выразительности, соответствия учебной задачи, поставленной учителем. Такая рефлексия детского творчества имеет позитивный обучающий характер.</w:t>
      </w:r>
    </w:p>
    <w:p w:rsidR="0054747A" w:rsidRPr="004C65D0" w:rsidRDefault="00A52BE5" w:rsidP="004C65D0">
      <w:pPr>
        <w:autoSpaceDE w:val="0"/>
        <w:autoSpaceDN w:val="0"/>
        <w:spacing w:before="70" w:after="0" w:line="271" w:lineRule="auto"/>
        <w:ind w:right="144" w:firstLine="180"/>
        <w:jc w:val="both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54747A" w:rsidRPr="004C65D0" w:rsidRDefault="00A52BE5" w:rsidP="004C65D0">
      <w:pPr>
        <w:autoSpaceDE w:val="0"/>
        <w:autoSpaceDN w:val="0"/>
        <w:spacing w:before="70" w:after="0"/>
        <w:ind w:right="288" w:firstLine="180"/>
        <w:jc w:val="both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54747A" w:rsidRPr="004C65D0" w:rsidRDefault="00A52BE5" w:rsidP="004C65D0">
      <w:pPr>
        <w:autoSpaceDE w:val="0"/>
        <w:autoSpaceDN w:val="0"/>
        <w:spacing w:before="72" w:after="0" w:line="281" w:lineRule="auto"/>
        <w:ind w:right="288" w:firstLine="180"/>
        <w:jc w:val="both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На занятиях учащиеся знакомятся с многообразием видов художественной деятельности и технически доступным разнообразием художественных материалов. Практическая </w:t>
      </w:r>
      <w:r w:rsidRPr="004C65D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художественно-творческая деятельность занимает приоритетное пространство учебного времени. При опоре на восприятие 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70" w:after="0" w:line="281" w:lineRule="auto"/>
        <w:jc w:val="both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учитывает психолого-возрастные особенности развития детей 7—8 лет, при этом содержание занятий может быть адаптировано с учётом индивидуальных качеств обучающихся, как для детей, проявляющих выдающиеся способности, так и для детей-инвалидов и детей с ОВЗ. </w:t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В урочное время деятельность обучающихся организуется как в индивидуальном, так и в групповом формате с задачей формирования навыков сотрудничества в художественной деятельности.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190" w:after="0" w:line="262" w:lineRule="auto"/>
        <w:ind w:right="576"/>
        <w:jc w:val="center"/>
        <w:rPr>
          <w:lang w:val="ru-RU"/>
        </w:rPr>
      </w:pPr>
      <w:r w:rsidRPr="004C65D0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«ИЗОБРАЗИТЕЛЬНОЕ ИСКУССТВО» В УЧЕБНОМ ПЛАНЕ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190" w:after="0" w:line="262" w:lineRule="auto"/>
        <w:ind w:right="144"/>
        <w:jc w:val="both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Федеральным государственным образовательным стандартом начального общего образования учебный предмет «Изобразительное искусство» входит в предметную область</w:t>
      </w:r>
    </w:p>
    <w:p w:rsidR="0054747A" w:rsidRPr="004C65D0" w:rsidRDefault="0054747A" w:rsidP="004C65D0">
      <w:pPr>
        <w:jc w:val="both"/>
        <w:rPr>
          <w:lang w:val="ru-RU"/>
        </w:rPr>
        <w:sectPr w:rsidR="0054747A" w:rsidRPr="004C65D0">
          <w:pgSz w:w="11900" w:h="16840"/>
          <w:pgMar w:top="298" w:right="648" w:bottom="338" w:left="666" w:header="720" w:footer="720" w:gutter="0"/>
          <w:cols w:space="720" w:equalWidth="0">
            <w:col w:w="10586" w:space="0"/>
          </w:cols>
          <w:docGrid w:linePitch="360"/>
        </w:sectPr>
      </w:pPr>
    </w:p>
    <w:p w:rsidR="0054747A" w:rsidRPr="004C65D0" w:rsidRDefault="0054747A" w:rsidP="004C65D0">
      <w:pPr>
        <w:autoSpaceDE w:val="0"/>
        <w:autoSpaceDN w:val="0"/>
        <w:spacing w:after="66" w:line="220" w:lineRule="exact"/>
        <w:jc w:val="both"/>
        <w:rPr>
          <w:lang w:val="ru-RU"/>
        </w:rPr>
      </w:pPr>
    </w:p>
    <w:p w:rsidR="0054747A" w:rsidRPr="004C65D0" w:rsidRDefault="00A52BE5" w:rsidP="004C65D0">
      <w:pPr>
        <w:autoSpaceDE w:val="0"/>
        <w:autoSpaceDN w:val="0"/>
        <w:spacing w:after="0"/>
        <w:ind w:right="432"/>
        <w:jc w:val="both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«Искусство» и является обязательным для изучения. Содержание предмета «Изобразительное искусство» структурировано как система тематических модулей и входит в учебный план 1—4 классов программы начального общего образования в объёме 1 ч одного учебного часа в неделю. Изучение содержания всех модулей в 1 классе обязательно.</w:t>
      </w:r>
    </w:p>
    <w:p w:rsidR="0054747A" w:rsidRPr="004C65D0" w:rsidRDefault="00A52BE5" w:rsidP="004C65D0">
      <w:pPr>
        <w:autoSpaceDE w:val="0"/>
        <w:autoSpaceDN w:val="0"/>
        <w:spacing w:before="70" w:after="0" w:line="281" w:lineRule="auto"/>
        <w:ind w:firstLine="180"/>
        <w:jc w:val="both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При этом предусматривается возможность реализации этого курса при выделении на его изучение двух учебных часов в неделю за счёт вариативной части учебного плана, определяемой участниками образовательного процесса. При этом предполагается не увеличение количества тем для изучения, а увеличение времени на практическую художественную деятельность. Это способствует качеству обучения и достижению более высокого уровня как предметных, так и личностных и </w:t>
      </w:r>
      <w:proofErr w:type="spellStart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результатов обучения.</w:t>
      </w:r>
    </w:p>
    <w:p w:rsidR="0054747A" w:rsidRPr="004C65D0" w:rsidRDefault="00A52BE5" w:rsidP="004C65D0">
      <w:pPr>
        <w:autoSpaceDE w:val="0"/>
        <w:autoSpaceDN w:val="0"/>
        <w:spacing w:before="192" w:after="0" w:line="230" w:lineRule="auto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На изучение изобразительного искусства в 1 классе отводится 1 час в неделю, всего 33 часа.</w:t>
      </w:r>
    </w:p>
    <w:p w:rsidR="0054747A" w:rsidRPr="004C65D0" w:rsidRDefault="0054747A" w:rsidP="004C65D0">
      <w:pPr>
        <w:autoSpaceDE w:val="0"/>
        <w:autoSpaceDN w:val="0"/>
        <w:spacing w:after="78" w:line="220" w:lineRule="exact"/>
        <w:rPr>
          <w:lang w:val="ru-RU"/>
        </w:rPr>
      </w:pPr>
    </w:p>
    <w:p w:rsidR="0054747A" w:rsidRPr="004C65D0" w:rsidRDefault="00A52BE5" w:rsidP="004C65D0">
      <w:pPr>
        <w:autoSpaceDE w:val="0"/>
        <w:autoSpaceDN w:val="0"/>
        <w:spacing w:after="0" w:line="230" w:lineRule="auto"/>
        <w:rPr>
          <w:lang w:val="ru-RU"/>
        </w:rPr>
      </w:pPr>
      <w:r w:rsidRPr="004C65D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346" w:after="0" w:line="271" w:lineRule="auto"/>
        <w:ind w:right="288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«Графика»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54747A" w:rsidRPr="004C65D0" w:rsidRDefault="00A52BE5" w:rsidP="004C65D0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Рисование с натуры: разные листья и их форма.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Представление о пропорциях: короткое — длинное. Развитие навыка видения соотношения частей целого (на основе рисунков животных).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72" w:after="0" w:line="262" w:lineRule="auto"/>
        <w:ind w:right="432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190" w:after="0" w:line="271" w:lineRule="auto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«Живопись»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54747A" w:rsidRPr="004C65D0" w:rsidRDefault="00A52BE5" w:rsidP="004C65D0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Эмоциональная выразительность цвета, способы выражение настроения в изображаемом сюжете.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54747A" w:rsidRPr="004C65D0" w:rsidRDefault="00A52BE5" w:rsidP="004C65D0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Тематическая композиция «Времена года». Контрастные цветовые состояния времён года.</w:t>
      </w:r>
    </w:p>
    <w:p w:rsidR="0054747A" w:rsidRPr="004C65D0" w:rsidRDefault="00A52BE5" w:rsidP="004C65D0">
      <w:pPr>
        <w:autoSpaceDE w:val="0"/>
        <w:autoSpaceDN w:val="0"/>
        <w:spacing w:before="70" w:after="0" w:line="230" w:lineRule="auto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Живопись (гуашь), аппликация или смешанная техника.</w:t>
      </w:r>
    </w:p>
    <w:p w:rsidR="0054747A" w:rsidRPr="004C65D0" w:rsidRDefault="00A52BE5" w:rsidP="004C65D0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Техника монотипии. Представления о симметрии. Развитие воображения.</w:t>
      </w:r>
    </w:p>
    <w:p w:rsidR="0054747A" w:rsidRPr="004C65D0" w:rsidRDefault="00A52BE5" w:rsidP="004C65D0">
      <w:pPr>
        <w:autoSpaceDE w:val="0"/>
        <w:autoSpaceDN w:val="0"/>
        <w:spacing w:before="190" w:after="0" w:line="262" w:lineRule="auto"/>
        <w:ind w:left="180" w:right="2016"/>
        <w:rPr>
          <w:lang w:val="ru-RU"/>
        </w:rPr>
      </w:pPr>
      <w:r w:rsidRPr="004C65D0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«Скульптура»</w:t>
      </w:r>
      <w:r w:rsidRPr="004C65D0">
        <w:rPr>
          <w:lang w:val="ru-RU"/>
        </w:rPr>
        <w:br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Изображение в объёме. Приёмы работы с пластилином; дощечка, стек, тряпочка.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70" w:after="0" w:line="262" w:lineRule="auto"/>
        <w:ind w:right="1440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Лепка зверушек из цельной формы (черепашки, ёжика, зайчика, птички и др.). Приёмы вытягивания, вдавливания, сгибания, скручивания.</w:t>
      </w:r>
    </w:p>
    <w:p w:rsidR="0054747A" w:rsidRPr="004C65D0" w:rsidRDefault="00A52BE5" w:rsidP="004C65D0">
      <w:pPr>
        <w:autoSpaceDE w:val="0"/>
        <w:autoSpaceDN w:val="0"/>
        <w:spacing w:before="70" w:after="0" w:line="271" w:lineRule="auto"/>
        <w:ind w:right="720" w:firstLine="180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каргопольская</w:t>
      </w:r>
      <w:proofErr w:type="spellEnd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 игрушка или по выбору учителя с учётом местных промыслов).</w:t>
      </w:r>
    </w:p>
    <w:p w:rsidR="0054747A" w:rsidRPr="004C65D0" w:rsidRDefault="00A52BE5" w:rsidP="004C65D0">
      <w:pPr>
        <w:autoSpaceDE w:val="0"/>
        <w:autoSpaceDN w:val="0"/>
        <w:spacing w:before="72" w:after="0" w:line="262" w:lineRule="auto"/>
        <w:ind w:left="180" w:right="288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Бумажная пластика. Овладение первичными приёмами над- резания, закручивания, складывания. Объёмная аппликация из бумаги и картона.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192" w:after="0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«Декоративно-прикладное искусство»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54747A" w:rsidRPr="004C65D0" w:rsidRDefault="00A52BE5" w:rsidP="004C65D0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54747A" w:rsidRPr="004C65D0" w:rsidRDefault="00A52BE5" w:rsidP="004C65D0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каргопольская</w:t>
      </w:r>
      <w:proofErr w:type="spellEnd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 игрушка (или по выбору учителя с учётом местных промыслов).</w:t>
      </w:r>
    </w:p>
    <w:p w:rsidR="0054747A" w:rsidRPr="004C65D0" w:rsidRDefault="00A52BE5" w:rsidP="004C65D0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 Дизайн предмета: изготовление нарядной упаковки путём складывания бумаги и аппликации.</w:t>
      </w:r>
    </w:p>
    <w:p w:rsidR="0054747A" w:rsidRPr="004C65D0" w:rsidRDefault="0054747A" w:rsidP="004C65D0">
      <w:pPr>
        <w:autoSpaceDE w:val="0"/>
        <w:autoSpaceDN w:val="0"/>
        <w:spacing w:after="78" w:line="220" w:lineRule="exact"/>
        <w:rPr>
          <w:lang w:val="ru-RU"/>
        </w:rPr>
      </w:pPr>
    </w:p>
    <w:p w:rsidR="0054747A" w:rsidRPr="004C65D0" w:rsidRDefault="00A52BE5" w:rsidP="004C65D0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Оригами — создание игрушки для новогодней ёлки. Приёмы складывания бумаги.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190" w:after="0" w:line="271" w:lineRule="auto"/>
        <w:ind w:right="720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«Архитектура»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54747A" w:rsidRPr="004C65D0" w:rsidRDefault="00A52BE5" w:rsidP="004C65D0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192" w:after="0" w:line="271" w:lineRule="auto"/>
        <w:ind w:right="720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«Восприятие произведений искусства»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54747A" w:rsidRPr="004C65D0" w:rsidRDefault="00A52BE5" w:rsidP="004C65D0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Знакомство с картиной, в которой ярко выражено эмоциональное состояние, или с картиной, написанной на сказочный сюжет (произведения В. М. Васнецова, М. А. Врубеля и другие по выбору учителя).</w:t>
      </w:r>
    </w:p>
    <w:p w:rsidR="0054747A" w:rsidRPr="004C65D0" w:rsidRDefault="00A52BE5" w:rsidP="004C65D0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Художник и зритель. Освоение зрительских умений на основе получаемых знаний и творческих практических задач — установок наблюдения. Ассоциации из личного опыта учащихся и оценка эмоционального содержания произведений.</w:t>
      </w:r>
    </w:p>
    <w:p w:rsidR="0054747A" w:rsidRPr="004C65D0" w:rsidRDefault="00A52BE5" w:rsidP="004C65D0">
      <w:pPr>
        <w:autoSpaceDE w:val="0"/>
        <w:autoSpaceDN w:val="0"/>
        <w:spacing w:before="190" w:after="0" w:line="271" w:lineRule="auto"/>
        <w:ind w:left="180" w:right="720"/>
        <w:rPr>
          <w:lang w:val="ru-RU"/>
        </w:rPr>
      </w:pPr>
      <w:r w:rsidRPr="004C65D0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«Азбука цифровой графики»</w:t>
      </w:r>
      <w:r w:rsidRPr="004C65D0">
        <w:rPr>
          <w:lang w:val="ru-RU"/>
        </w:rPr>
        <w:br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Фотографирование мелких деталей природы, выражение ярких зрительных впечатлений. Обсуждение в условиях урока ученических фотографий, соответствующих изучаемой теме.</w:t>
      </w:r>
    </w:p>
    <w:p w:rsidR="0054747A" w:rsidRPr="004C65D0" w:rsidRDefault="0054747A" w:rsidP="004C65D0">
      <w:pPr>
        <w:rPr>
          <w:lang w:val="ru-RU"/>
        </w:rPr>
        <w:sectPr w:rsidR="0054747A" w:rsidRPr="004C65D0">
          <w:pgSz w:w="11900" w:h="16840"/>
          <w:pgMar w:top="298" w:right="870" w:bottom="1440" w:left="666" w:header="720" w:footer="720" w:gutter="0"/>
          <w:cols w:space="720" w:equalWidth="0">
            <w:col w:w="10364" w:space="0"/>
          </w:cols>
          <w:docGrid w:linePitch="360"/>
        </w:sectPr>
      </w:pPr>
    </w:p>
    <w:p w:rsidR="0054747A" w:rsidRPr="004C65D0" w:rsidRDefault="0054747A" w:rsidP="004C65D0">
      <w:pPr>
        <w:autoSpaceDE w:val="0"/>
        <w:autoSpaceDN w:val="0"/>
        <w:spacing w:after="78" w:line="220" w:lineRule="exact"/>
        <w:rPr>
          <w:lang w:val="ru-RU"/>
        </w:rPr>
      </w:pPr>
    </w:p>
    <w:p w:rsidR="0054747A" w:rsidRPr="004C65D0" w:rsidRDefault="00A52BE5" w:rsidP="004C65D0">
      <w:pPr>
        <w:autoSpaceDE w:val="0"/>
        <w:autoSpaceDN w:val="0"/>
        <w:spacing w:after="0" w:line="230" w:lineRule="auto"/>
        <w:rPr>
          <w:lang w:val="ru-RU"/>
        </w:rPr>
      </w:pPr>
      <w:r w:rsidRPr="004C65D0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54747A" w:rsidRPr="004C65D0" w:rsidRDefault="00A52BE5" w:rsidP="004C65D0">
      <w:pPr>
        <w:autoSpaceDE w:val="0"/>
        <w:autoSpaceDN w:val="0"/>
        <w:spacing w:before="346" w:after="0" w:line="230" w:lineRule="auto"/>
        <w:rPr>
          <w:lang w:val="ru-RU"/>
        </w:rPr>
      </w:pPr>
      <w:r w:rsidRPr="004C65D0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54747A" w:rsidRPr="004C65D0" w:rsidRDefault="00A52BE5" w:rsidP="004C65D0">
      <w:pPr>
        <w:autoSpaceDE w:val="0"/>
        <w:autoSpaceDN w:val="0"/>
        <w:spacing w:before="166" w:after="0" w:line="271" w:lineRule="auto"/>
        <w:ind w:right="1152" w:firstLine="180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В центре программы по изобразительному искусству в соответствии с ФГОС начального образования находится личностное развитие обучающихся, приобщение их к российским традиционным духовным ценностям, а также социализация личности.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Программа призвана обеспечить достижение обучающимися личностных результатов: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уважения и ценностного отношения к своей Родине — России;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ценностно-смысловые ориентации и установки, отражающие индивидуально-личностные позиции и социально значимые личностные качества;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духовно-нравственное развитие обучающихся;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мотивацию к познанию и обучению, готовность к саморазвитию и активному участию в социально-значимой деятельности;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позитивный опыт участия в творческой деятельности;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54747A" w:rsidRPr="004C65D0" w:rsidRDefault="00A52BE5" w:rsidP="004C65D0">
      <w:pPr>
        <w:autoSpaceDE w:val="0"/>
        <w:autoSpaceDN w:val="0"/>
        <w:spacing w:before="190" w:after="0" w:line="281" w:lineRule="auto"/>
        <w:ind w:right="144" w:firstLine="180"/>
        <w:rPr>
          <w:lang w:val="ru-RU"/>
        </w:rPr>
      </w:pPr>
      <w:r w:rsidRPr="004C65D0">
        <w:rPr>
          <w:rFonts w:ascii="Times New Roman" w:eastAsia="Times New Roman" w:hAnsi="Times New Roman"/>
          <w:i/>
          <w:color w:val="000000"/>
          <w:sz w:val="24"/>
          <w:lang w:val="ru-RU"/>
        </w:rPr>
        <w:t>Патриотическое воспитание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 осуществляется через освоение школьниками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</w:t>
      </w:r>
    </w:p>
    <w:p w:rsidR="0054747A" w:rsidRPr="004C65D0" w:rsidRDefault="00A52BE5" w:rsidP="004C65D0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4C65D0">
        <w:rPr>
          <w:rFonts w:ascii="Times New Roman" w:eastAsia="Times New Roman" w:hAnsi="Times New Roman"/>
          <w:i/>
          <w:color w:val="000000"/>
          <w:sz w:val="24"/>
          <w:lang w:val="ru-RU"/>
        </w:rPr>
        <w:t>Гражданское воспитание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54747A" w:rsidRPr="004C65D0" w:rsidRDefault="00A52BE5" w:rsidP="004C65D0">
      <w:pPr>
        <w:autoSpaceDE w:val="0"/>
        <w:autoSpaceDN w:val="0"/>
        <w:spacing w:before="70" w:after="0" w:line="283" w:lineRule="auto"/>
        <w:ind w:right="288" w:firstLine="180"/>
        <w:rPr>
          <w:lang w:val="ru-RU"/>
        </w:rPr>
      </w:pPr>
      <w:r w:rsidRPr="004C65D0">
        <w:rPr>
          <w:rFonts w:ascii="Times New Roman" w:eastAsia="Times New Roman" w:hAnsi="Times New Roman"/>
          <w:i/>
          <w:color w:val="000000"/>
          <w:sz w:val="24"/>
          <w:lang w:val="ru-RU"/>
        </w:rPr>
        <w:t>Духовно-нравственное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 воспитание является стержнем художественного развития обучающегося, приобщения его к искусству как сфере, концентрирующей в себе духовно-нравственного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школьнику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54747A" w:rsidRPr="004C65D0" w:rsidRDefault="00A52BE5" w:rsidP="004C65D0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4C65D0">
        <w:rPr>
          <w:rFonts w:ascii="Times New Roman" w:eastAsia="Times New Roman" w:hAnsi="Times New Roman"/>
          <w:i/>
          <w:color w:val="000000"/>
          <w:sz w:val="24"/>
          <w:lang w:val="ru-RU"/>
        </w:rPr>
        <w:t>Эстетическое воспитание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 —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школьников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54747A" w:rsidRPr="004C65D0" w:rsidRDefault="00A52BE5" w:rsidP="004C65D0">
      <w:pPr>
        <w:autoSpaceDE w:val="0"/>
        <w:autoSpaceDN w:val="0"/>
        <w:spacing w:before="70" w:after="0"/>
        <w:ind w:firstLine="180"/>
        <w:rPr>
          <w:lang w:val="ru-RU"/>
        </w:rPr>
      </w:pPr>
      <w:r w:rsidRPr="004C65D0">
        <w:rPr>
          <w:rFonts w:ascii="Times New Roman" w:eastAsia="Times New Roman" w:hAnsi="Times New Roman"/>
          <w:i/>
          <w:color w:val="000000"/>
          <w:sz w:val="24"/>
          <w:lang w:val="ru-RU"/>
        </w:rPr>
        <w:t>Ценности познавательной деятельности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54747A" w:rsidRPr="004C65D0" w:rsidRDefault="00A52BE5" w:rsidP="004C65D0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4C65D0">
        <w:rPr>
          <w:rFonts w:ascii="Times New Roman" w:eastAsia="Times New Roman" w:hAnsi="Times New Roman"/>
          <w:i/>
          <w:color w:val="000000"/>
          <w:sz w:val="24"/>
          <w:lang w:val="ru-RU"/>
        </w:rPr>
        <w:t>Экологическое воспитание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54747A" w:rsidRPr="004C65D0" w:rsidRDefault="0054747A" w:rsidP="004C65D0">
      <w:pPr>
        <w:rPr>
          <w:lang w:val="ru-RU"/>
        </w:rPr>
        <w:sectPr w:rsidR="0054747A" w:rsidRPr="004C65D0">
          <w:pgSz w:w="11900" w:h="16840"/>
          <w:pgMar w:top="298" w:right="650" w:bottom="3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4747A" w:rsidRPr="004C65D0" w:rsidRDefault="0054747A" w:rsidP="004C65D0">
      <w:pPr>
        <w:autoSpaceDE w:val="0"/>
        <w:autoSpaceDN w:val="0"/>
        <w:spacing w:after="78" w:line="220" w:lineRule="exact"/>
        <w:rPr>
          <w:lang w:val="ru-RU"/>
        </w:rPr>
      </w:pPr>
    </w:p>
    <w:p w:rsidR="0054747A" w:rsidRPr="004C65D0" w:rsidRDefault="00A52BE5" w:rsidP="004C65D0">
      <w:pPr>
        <w:autoSpaceDE w:val="0"/>
        <w:autoSpaceDN w:val="0"/>
        <w:spacing w:after="0" w:line="281" w:lineRule="auto"/>
        <w:ind w:right="144" w:firstLine="180"/>
        <w:rPr>
          <w:lang w:val="ru-RU"/>
        </w:rPr>
      </w:pPr>
      <w:r w:rsidRPr="004C65D0">
        <w:rPr>
          <w:rFonts w:ascii="Times New Roman" w:eastAsia="Times New Roman" w:hAnsi="Times New Roman"/>
          <w:i/>
          <w:color w:val="000000"/>
          <w:sz w:val="24"/>
          <w:lang w:val="ru-RU"/>
        </w:rPr>
        <w:t>Трудовое воспитание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— обязательные требования к определённым заданиям по программе.</w:t>
      </w:r>
    </w:p>
    <w:p w:rsidR="0054747A" w:rsidRPr="004C65D0" w:rsidRDefault="00A52BE5" w:rsidP="004C65D0">
      <w:pPr>
        <w:autoSpaceDE w:val="0"/>
        <w:autoSpaceDN w:val="0"/>
        <w:spacing w:before="262" w:after="0" w:line="230" w:lineRule="auto"/>
        <w:rPr>
          <w:lang w:val="ru-RU"/>
        </w:rPr>
      </w:pPr>
      <w:r w:rsidRPr="004C65D0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166" w:after="0" w:line="288" w:lineRule="auto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1.Овладение универсальными познавательными действиями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Пространственные представления и сенсорные способности: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форму предмета, конструкции;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доминантные черты (характерные особенности) в визуальном образе;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плоскостные и пространственные объекты по заданным основаниям;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ассоциативные связи между визуальными образами разных форм и предметов;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сопоставлять части и целое в видимом образе, предмете, конструкции;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пропорциональные отношения частей внутри целого и предметов между собой; </w:t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обобщать форму составной конструкции;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анализировать ритмические отношения в пространстве и в изображении (визуальном образе) на установленных основаниях;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абстрагировать образ реальности при построении плоской композиции;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соотносить тональные отношения (тёмное — светлое) в пространственных и плоскостных объектах; </w:t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190" w:after="0" w:line="290" w:lineRule="auto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Базовые логические и исследовательские действия: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исследовательские, экспериментальные действия в процессе освоения выразительных свойств различных художественных материалов;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творческие экспериментальные действия в процессе самостоятельного выполнения художественных заданий;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наблюдения для получения информации об особенностях объектов и состояния природы, предметного мира человека, городской среды;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и оценивать с позиций эстетических категорий явления природы и предметно-пространственную среду жизни человека;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выводы, соответствующие эстетическим, аналитическим и другим учебным установкам по результатам проведённого наблюдения;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знаково-символические средства для составления орнаментов и декоративных композиций;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классифицировать произведения искусства по видам и, соответственно, по назначению в жизни людей;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классифицировать произведения изобразительного искусства по жанрам в качестве инструмента анализа содержания произведений;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ставить и использовать вопросы как исследовательский инструмент познания.</w:t>
      </w:r>
    </w:p>
    <w:p w:rsidR="0054747A" w:rsidRPr="004C65D0" w:rsidRDefault="00A52BE5" w:rsidP="004C65D0">
      <w:pPr>
        <w:autoSpaceDE w:val="0"/>
        <w:autoSpaceDN w:val="0"/>
        <w:spacing w:before="190" w:after="0" w:line="262" w:lineRule="auto"/>
        <w:ind w:left="180" w:right="4752"/>
        <w:rPr>
          <w:lang w:val="ru-RU"/>
        </w:rPr>
      </w:pPr>
      <w:r w:rsidRPr="004C65D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Работа с информацией: </w:t>
      </w:r>
      <w:r w:rsidRPr="004C65D0">
        <w:rPr>
          <w:lang w:val="ru-RU"/>
        </w:rPr>
        <w:br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использовать электронные образовательные ресурсы;</w:t>
      </w:r>
    </w:p>
    <w:p w:rsidR="0054747A" w:rsidRPr="004C65D0" w:rsidRDefault="0054747A" w:rsidP="004C65D0">
      <w:pPr>
        <w:rPr>
          <w:lang w:val="ru-RU"/>
        </w:rPr>
        <w:sectPr w:rsidR="0054747A" w:rsidRPr="004C65D0">
          <w:pgSz w:w="11900" w:h="16840"/>
          <w:pgMar w:top="298" w:right="658" w:bottom="332" w:left="666" w:header="720" w:footer="720" w:gutter="0"/>
          <w:cols w:space="720" w:equalWidth="0">
            <w:col w:w="10576" w:space="0"/>
          </w:cols>
          <w:docGrid w:linePitch="360"/>
        </w:sectPr>
      </w:pPr>
    </w:p>
    <w:p w:rsidR="0054747A" w:rsidRPr="004C65D0" w:rsidRDefault="0054747A" w:rsidP="004C65D0">
      <w:pPr>
        <w:autoSpaceDE w:val="0"/>
        <w:autoSpaceDN w:val="0"/>
        <w:spacing w:after="78" w:line="220" w:lineRule="exact"/>
        <w:rPr>
          <w:lang w:val="ru-RU"/>
        </w:rPr>
      </w:pP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работать с электронными учебниками и учебными пособиями;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анализировать, интерпретировать, обобщать и систематизировать информацию, представленную в произведениях искусства, текстах, таблицах и схемах;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готовить информацию на заданную или выбранную тему и представлять её в различных видах: рисунках и эскизах, электронных презентациях;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осуществлять виртуальные путешествия по архитектурным памятникам, в отечественные </w:t>
      </w:r>
      <w:r w:rsidRPr="004C65D0">
        <w:rPr>
          <w:lang w:val="ru-RU"/>
        </w:rPr>
        <w:br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художественные музеи и зарубежные художественные музеи (галереи) на основе установок и </w:t>
      </w:r>
      <w:proofErr w:type="spellStart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квестов</w:t>
      </w:r>
      <w:proofErr w:type="spellEnd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, предложенных учителем;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соблюдать правила информационной безопасности при работе в сети Интернет.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192" w:after="0" w:line="288" w:lineRule="auto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2.Овладение универсальными коммуникативными действиями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Обучающиеся должны овладеть следующими действиями: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искусство в качестве особого языка общения — межличностного (автор — зритель), между поколениями, между народами;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общее решение и разрешать конфликты на основе общих позиций и учёта интересов в процессе совместной художественной деятельности;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демонстрировать и объяснять результаты своего творческого, художественного или </w:t>
      </w:r>
      <w:r w:rsidRPr="004C65D0">
        <w:rPr>
          <w:lang w:val="ru-RU"/>
        </w:rPr>
        <w:br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исследовательского опыта;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произведения детского художественного творчества с позиций их содержания и в соответствии с учебной задачей, поставленной учителем;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признавать своё и чужое право на ошибку, развивать свои способности сопереживать, понимать намерения и переживания свои и других людей;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190" w:after="0" w:line="286" w:lineRule="auto"/>
        <w:ind w:right="1296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3.Овладение универсальными регулятивными действиями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Обучающиеся должны овладеть следующими действиями: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внимательно относиться и выполнять учебные задачи, поставленные учителем; </w:t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последовательность учебных действий при выполнении задания;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материалам;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54747A" w:rsidRPr="004C65D0" w:rsidRDefault="00A52BE5" w:rsidP="004C65D0">
      <w:pPr>
        <w:autoSpaceDE w:val="0"/>
        <w:autoSpaceDN w:val="0"/>
        <w:spacing w:before="262" w:after="0" w:line="230" w:lineRule="auto"/>
        <w:rPr>
          <w:lang w:val="ru-RU"/>
        </w:rPr>
      </w:pPr>
      <w:r w:rsidRPr="004C65D0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54747A" w:rsidRPr="004C65D0" w:rsidRDefault="00A52BE5" w:rsidP="004C65D0">
      <w:pPr>
        <w:autoSpaceDE w:val="0"/>
        <w:autoSpaceDN w:val="0"/>
        <w:spacing w:before="166" w:after="0"/>
        <w:ind w:firstLine="180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Предметные результаты сформулированы по годам обучения на основе модульного построения содержания в соответствии с Приложением № 8 к Федеральному государственному образовательному стандарту начального общего образования, утверждённому приказом Министерства просвещения Российской Федерации.</w:t>
      </w:r>
    </w:p>
    <w:p w:rsidR="0054747A" w:rsidRPr="004C65D0" w:rsidRDefault="00A52BE5" w:rsidP="004C65D0">
      <w:pPr>
        <w:autoSpaceDE w:val="0"/>
        <w:autoSpaceDN w:val="0"/>
        <w:spacing w:before="190" w:after="0" w:line="262" w:lineRule="auto"/>
        <w:ind w:left="180" w:right="720"/>
        <w:rPr>
          <w:lang w:val="ru-RU"/>
        </w:rPr>
      </w:pPr>
      <w:r w:rsidRPr="004C65D0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«Графика»</w:t>
      </w:r>
      <w:r w:rsidRPr="004C65D0">
        <w:rPr>
          <w:lang w:val="ru-RU"/>
        </w:rPr>
        <w:br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Осваивать навыки применения свойств простых графических материалов в самостоятельной</w:t>
      </w:r>
    </w:p>
    <w:p w:rsidR="0054747A" w:rsidRPr="004C65D0" w:rsidRDefault="0054747A" w:rsidP="004C65D0">
      <w:pPr>
        <w:rPr>
          <w:lang w:val="ru-RU"/>
        </w:rPr>
        <w:sectPr w:rsidR="0054747A" w:rsidRPr="004C65D0">
          <w:pgSz w:w="11900" w:h="16840"/>
          <w:pgMar w:top="298" w:right="668" w:bottom="438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54747A" w:rsidRPr="004C65D0" w:rsidRDefault="0054747A" w:rsidP="004C65D0">
      <w:pPr>
        <w:autoSpaceDE w:val="0"/>
        <w:autoSpaceDN w:val="0"/>
        <w:spacing w:after="66" w:line="220" w:lineRule="exact"/>
        <w:rPr>
          <w:lang w:val="ru-RU"/>
        </w:rPr>
      </w:pPr>
    </w:p>
    <w:p w:rsidR="0054747A" w:rsidRPr="004C65D0" w:rsidRDefault="00A52BE5" w:rsidP="004C65D0">
      <w:pPr>
        <w:autoSpaceDE w:val="0"/>
        <w:autoSpaceDN w:val="0"/>
        <w:spacing w:after="0" w:line="230" w:lineRule="auto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творческой работе в условиях урока.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54747A" w:rsidRPr="004C65D0" w:rsidRDefault="00A52BE5" w:rsidP="004C65D0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создания рисунка простого (плоского) предмета с натуры.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Приобретать первичные знания и навыки композиционного расположения изображения на листе. </w:t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72" w:after="0" w:line="262" w:lineRule="auto"/>
        <w:ind w:right="1008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54747A" w:rsidRPr="004C65D0" w:rsidRDefault="00A52BE5" w:rsidP="004C65D0">
      <w:pPr>
        <w:autoSpaceDE w:val="0"/>
        <w:autoSpaceDN w:val="0"/>
        <w:spacing w:before="70" w:after="0" w:line="271" w:lineRule="auto"/>
        <w:ind w:right="720" w:firstLine="180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54747A" w:rsidRPr="004C65D0" w:rsidRDefault="00A52BE5" w:rsidP="004C65D0">
      <w:pPr>
        <w:autoSpaceDE w:val="0"/>
        <w:autoSpaceDN w:val="0"/>
        <w:spacing w:before="190" w:after="0" w:line="262" w:lineRule="auto"/>
        <w:ind w:left="180" w:right="3888"/>
        <w:rPr>
          <w:lang w:val="ru-RU"/>
        </w:rPr>
      </w:pPr>
      <w:r w:rsidRPr="004C65D0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«Живопись»</w:t>
      </w:r>
      <w:r w:rsidRPr="004C65D0">
        <w:rPr>
          <w:lang w:val="ru-RU"/>
        </w:rPr>
        <w:br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Осваивать навыки работы красками «гуашь» в условиях урока.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190" w:after="0" w:line="271" w:lineRule="auto"/>
        <w:ind w:right="144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«Скульптура»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аналитического наблюдения, поиска выразительных образных объёмных форм в природе (облака, камни, коряги, формы плодов и др.).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72" w:after="0" w:line="262" w:lineRule="auto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Овладевать первичными навыками </w:t>
      </w:r>
      <w:proofErr w:type="spellStart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бумагопластики</w:t>
      </w:r>
      <w:proofErr w:type="spellEnd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 — создания объёмных форм из бумаги путём её складывания, надрезания, закручивания и др.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190" w:after="0"/>
        <w:ind w:right="576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«Декоративно-прикладное искусство»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54747A" w:rsidRPr="004C65D0" w:rsidRDefault="00A52BE5" w:rsidP="004C65D0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Учиться использовать правила симметрии в своей художественной деятельности.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70" w:after="0" w:line="262" w:lineRule="auto"/>
        <w:ind w:right="1152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54747A" w:rsidRPr="004C65D0" w:rsidRDefault="00A52BE5" w:rsidP="004C65D0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Приобретать знания о значении и назначении украшений в жизни людей.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Приобретать представления о глиняных игрушках отечественных народных художественных промыслов (дымковская, </w:t>
      </w:r>
      <w:proofErr w:type="spellStart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каргопольская</w:t>
      </w:r>
      <w:proofErr w:type="spellEnd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 игрушки или по выбору учителя с учётом местных</w:t>
      </w:r>
    </w:p>
    <w:p w:rsidR="0054747A" w:rsidRPr="004C65D0" w:rsidRDefault="0054747A" w:rsidP="004C65D0">
      <w:pPr>
        <w:rPr>
          <w:lang w:val="ru-RU"/>
        </w:rPr>
        <w:sectPr w:rsidR="0054747A" w:rsidRPr="004C65D0">
          <w:pgSz w:w="11900" w:h="16840"/>
          <w:pgMar w:top="286" w:right="642" w:bottom="428" w:left="666" w:header="720" w:footer="720" w:gutter="0"/>
          <w:cols w:space="720" w:equalWidth="0">
            <w:col w:w="10592" w:space="0"/>
          </w:cols>
          <w:docGrid w:linePitch="360"/>
        </w:sectPr>
      </w:pPr>
    </w:p>
    <w:p w:rsidR="0054747A" w:rsidRPr="004C65D0" w:rsidRDefault="0054747A" w:rsidP="004C65D0">
      <w:pPr>
        <w:autoSpaceDE w:val="0"/>
        <w:autoSpaceDN w:val="0"/>
        <w:spacing w:after="66" w:line="220" w:lineRule="exact"/>
        <w:rPr>
          <w:lang w:val="ru-RU"/>
        </w:rPr>
      </w:pPr>
    </w:p>
    <w:p w:rsidR="0054747A" w:rsidRPr="004C65D0" w:rsidRDefault="00A52BE5" w:rsidP="004C65D0">
      <w:pPr>
        <w:autoSpaceDE w:val="0"/>
        <w:autoSpaceDN w:val="0"/>
        <w:spacing w:after="0" w:line="262" w:lineRule="auto"/>
        <w:ind w:right="432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промыслов) и опыт практической художественной деятельности по мотивам игрушки выбранного промысла.</w:t>
      </w:r>
    </w:p>
    <w:p w:rsidR="0054747A" w:rsidRPr="004C65D0" w:rsidRDefault="00A52BE5" w:rsidP="004C65D0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190" w:after="0"/>
        <w:ind w:right="144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«Архитектура»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72" w:after="0" w:line="262" w:lineRule="auto"/>
        <w:ind w:right="576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72" w:after="0" w:line="262" w:lineRule="auto"/>
        <w:ind w:right="864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190" w:after="0"/>
        <w:ind w:right="432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«Восприятие произведений искусства»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Осваивать опыт эстетического восприятия и аналитического наблюдения архитектурных построек. </w:t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 М. Васнецова, М. А. Врубеля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190" w:after="0" w:line="271" w:lineRule="auto"/>
        <w:ind w:right="288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«Азбука цифровой графики»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72" w:after="0" w:line="262" w:lineRule="auto"/>
        <w:ind w:right="576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</w:p>
    <w:p w:rsidR="0054747A" w:rsidRPr="004C65D0" w:rsidRDefault="0054747A" w:rsidP="004C65D0">
      <w:pPr>
        <w:rPr>
          <w:lang w:val="ru-RU"/>
        </w:rPr>
        <w:sectPr w:rsidR="0054747A" w:rsidRPr="004C65D0">
          <w:pgSz w:w="11900" w:h="16840"/>
          <w:pgMar w:top="286" w:right="648" w:bottom="1440" w:left="666" w:header="720" w:footer="720" w:gutter="0"/>
          <w:cols w:space="720" w:equalWidth="0">
            <w:col w:w="10586" w:space="0"/>
          </w:cols>
          <w:docGrid w:linePitch="360"/>
        </w:sectPr>
      </w:pPr>
    </w:p>
    <w:p w:rsidR="0054747A" w:rsidRPr="004C65D0" w:rsidRDefault="0054747A">
      <w:pPr>
        <w:autoSpaceDE w:val="0"/>
        <w:autoSpaceDN w:val="0"/>
        <w:spacing w:after="64" w:line="220" w:lineRule="exact"/>
        <w:rPr>
          <w:lang w:val="ru-RU"/>
        </w:rPr>
      </w:pPr>
    </w:p>
    <w:p w:rsidR="0054747A" w:rsidRDefault="00A52BE5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5140"/>
        <w:gridCol w:w="528"/>
        <w:gridCol w:w="1104"/>
        <w:gridCol w:w="1140"/>
        <w:gridCol w:w="866"/>
        <w:gridCol w:w="3362"/>
        <w:gridCol w:w="1080"/>
        <w:gridCol w:w="1814"/>
      </w:tblGrid>
      <w:tr w:rsidR="0054747A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5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 часов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3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50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Электронные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(цифровые)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54747A">
        <w:trPr>
          <w:trHeight w:hRule="exact" w:val="576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47A" w:rsidRDefault="0054747A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47A" w:rsidRDefault="0054747A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47A" w:rsidRDefault="0054747A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47A" w:rsidRDefault="0054747A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47A" w:rsidRDefault="0054747A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47A" w:rsidRDefault="0054747A"/>
        </w:tc>
      </w:tr>
      <w:tr w:rsidR="0054747A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1.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Восприятие произведений искусства</w:t>
            </w:r>
          </w:p>
        </w:tc>
      </w:tr>
      <w:tr w:rsidR="0054747A">
        <w:trPr>
          <w:trHeight w:hRule="exact" w:val="734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5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Восприятие детских рисунков. Навыки восприятия произведений детского творчества и формирование зрительских умений.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8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336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Наблюдать, рассматривать, анализировать детские рисунки с позиций их содержания и сюжета, настроения;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50" w:lineRule="auto"/>
              <w:ind w:left="72" w:right="864"/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Первые представления о композиции: на уровне образного восприятия.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Представление о различных художественных материалах.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Объяснять расположение изображения на листе и выбор вертикального или горизонтального формата;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Обсуждение содержания рисунка.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01.09.2022 08.09.2022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Рисовать, выполнить рисунок на простую, всем доступную тему, например «Весёлое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солнышко», карандашами или мелками;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348"/>
        </w:trPr>
        <w:tc>
          <w:tcPr>
            <w:tcW w:w="5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 1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93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2.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Графика</w:t>
            </w:r>
          </w:p>
        </w:tc>
      </w:tr>
      <w:tr w:rsidR="0054747A" w:rsidRPr="00EC3A90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Линейный рисунок.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Осваивать навыки работы графическими материалами;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54747A">
            <w:pPr>
              <w:rPr>
                <w:lang w:val="ru-RU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54747A">
            <w:pPr>
              <w:rPr>
                <w:lang w:val="ru-RU"/>
              </w:rPr>
            </w:pPr>
          </w:p>
        </w:tc>
      </w:tr>
      <w:tr w:rsidR="0054747A">
        <w:trPr>
          <w:trHeight w:hRule="exact" w:val="542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5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Разные виды линий.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336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Наблюдать и анализировать характер линий в природе;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45" w:lineRule="auto"/>
              <w:ind w:left="72" w:right="576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Линии в природе. Ветки (по фотографиям): тонкие — толстые, порывистые, угловатые, плавные и др.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09.09.2022 15.09.2022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Создавать линейный рисунок — упражнение на разный характер линий;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 w:rsidRPr="00EC3A90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ind w:left="72" w:right="576"/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Графические материалы и их особенности.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Приёмы рисования линией.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Выполнять с натуры рисунок листа дерева;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54747A">
            <w:pPr>
              <w:rPr>
                <w:lang w:val="ru-RU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54747A">
            <w:pPr>
              <w:rPr>
                <w:lang w:val="ru-RU"/>
              </w:rPr>
            </w:pPr>
          </w:p>
        </w:tc>
      </w:tr>
      <w:tr w:rsidR="0054747A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Рисунок с натуры: рисунок листьев разной формы (треугольный, круглый, овальный, длинный).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Рассматривать и обсуждать характер формы листа;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2.6.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Последовательность рисунка.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16.09.2022 22.09.2022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Осваивать последовательность выполнения рисунка;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2.7.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47" w:lineRule="auto"/>
              <w:ind w:left="72" w:right="432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Первичные навыки определения пропорций и понимания их значения. От одного пятна — «тела», меняя пропорции «лап» </w:t>
            </w:r>
            <w:proofErr w:type="spellStart"/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и«шеи</w:t>
            </w:r>
            <w:proofErr w:type="spellEnd"/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», получаем рисунки разных животных.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23.09.2022 29.09.2022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Приобретать опыт обобщения видимой формы предмета;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1482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2.8.</w:t>
            </w:r>
          </w:p>
        </w:tc>
        <w:tc>
          <w:tcPr>
            <w:tcW w:w="5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Линейный тематический рисунок (линия-рассказчица) на сюжет стихотворения или сюжет из жизни детей (игры во дворе, в походе и др.) с простым и весёлым повествовательным сюжетом.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30.09.2022 06.10.2022</w:t>
            </w:r>
          </w:p>
        </w:tc>
        <w:tc>
          <w:tcPr>
            <w:tcW w:w="336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Развивать навыки рисования по представлению и воображению;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Выполнить линейный рисунок на темы стихов С. Я. Маршака, А. Л. </w:t>
            </w:r>
            <w:proofErr w:type="spellStart"/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Барто</w:t>
            </w:r>
            <w:proofErr w:type="spellEnd"/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Д. Хармса, С. В.</w:t>
            </w:r>
          </w:p>
          <w:p w:rsidR="0054747A" w:rsidRPr="004C65D0" w:rsidRDefault="00A52BE5">
            <w:pPr>
              <w:autoSpaceDE w:val="0"/>
              <w:autoSpaceDN w:val="0"/>
              <w:spacing w:before="18" w:after="0" w:line="250" w:lineRule="auto"/>
              <w:ind w:left="72" w:right="576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Михалкова и др. (по выбору учителя) с простым весёлым, озорным развитием сюжета;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</w:tbl>
    <w:p w:rsidR="0054747A" w:rsidRDefault="0054747A">
      <w:pPr>
        <w:autoSpaceDE w:val="0"/>
        <w:autoSpaceDN w:val="0"/>
        <w:spacing w:after="0" w:line="14" w:lineRule="exact"/>
      </w:pPr>
    </w:p>
    <w:p w:rsidR="0054747A" w:rsidRDefault="0054747A">
      <w:pPr>
        <w:sectPr w:rsidR="0054747A">
          <w:pgSz w:w="16840" w:h="11900"/>
          <w:pgMar w:top="282" w:right="640" w:bottom="60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54747A" w:rsidRDefault="0054747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5140"/>
        <w:gridCol w:w="528"/>
        <w:gridCol w:w="1104"/>
        <w:gridCol w:w="1140"/>
        <w:gridCol w:w="866"/>
        <w:gridCol w:w="3362"/>
        <w:gridCol w:w="1080"/>
        <w:gridCol w:w="1814"/>
      </w:tblGrid>
      <w:tr w:rsidR="0054747A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2.9.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Пятно-силуэт. Превращение случайного пятна в изображение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зверушки или фантастического зверя. Развитие образного видения и способности целостного, обобщённого видения. Пятно как основа графического изображения.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07.10.2022 13.10.2022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Использовать графическое пятно как основу изобразительного образа;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Соотносить форму пятна с опытом зрительных впечатлений;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Приобрести знания о пятне и линии как основе изображения на плоскости;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77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2.10.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Тень как пример пятна. Теневой театр.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Силуэт.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14.10.2022 20.10.2022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Создавать изображения на основе пятна путём добавления к нему деталей, подсказанных воображением;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 w:rsidRPr="00EC3A90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2.11.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Рассмотрение и анализ средств выражения — пятна и линии — в иллюстрациях художников к детским книгам.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Рассматривать и анализировать иллюстрации известных художников детских книг с позиций освоенных знаний о пятне, линии и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пропорциях;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54747A">
            <w:pPr>
              <w:rPr>
                <w:lang w:val="ru-RU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54747A">
            <w:pPr>
              <w:rPr>
                <w:lang w:val="ru-RU"/>
              </w:rPr>
            </w:pPr>
          </w:p>
        </w:tc>
      </w:tr>
      <w:tr w:rsidR="0054747A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2.12.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Навыки работы на уроке с жидкой краской и кистью, уход за своим рабочим местом.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21.10.2022 27.10.2022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45" w:lineRule="auto"/>
              <w:ind w:left="72" w:right="720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Приобрести новый опыт наблюдения окружающей реальности;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348"/>
        </w:trPr>
        <w:tc>
          <w:tcPr>
            <w:tcW w:w="5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 2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93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3.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Живопись</w:t>
            </w:r>
          </w:p>
        </w:tc>
      </w:tr>
      <w:tr w:rsidR="0054747A" w:rsidRPr="00EC3A90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ind w:left="72" w:right="288"/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Цвет как одно из главных средств выражения в изобразительном искусстве.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Навыки работы гуашью в условиях урока.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Осваивать навыки работы гуашью в условиях школьного урока;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54747A">
            <w:pPr>
              <w:rPr>
                <w:lang w:val="ru-RU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54747A">
            <w:pPr>
              <w:rPr>
                <w:lang w:val="ru-RU"/>
              </w:rPr>
            </w:pPr>
          </w:p>
        </w:tc>
      </w:tr>
      <w:tr w:rsidR="0054747A">
        <w:trPr>
          <w:trHeight w:hRule="exact" w:val="15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7" w:lineRule="auto"/>
              <w:ind w:left="72" w:right="372"/>
              <w:jc w:val="both"/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Три основных цвета. Ассоциативные представления, связанные с каждым из цветов.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Навыки смешения красок и получения нового цвета.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28.10.2022 10.11.2022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54" w:lineRule="auto"/>
              <w:ind w:left="72" w:right="288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Знать три основных цвета;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Обсуждать ассоциативные представления, связанные с каждым цветом;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Экспериментировать, исследовать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возможности смешения красок, наложения цвета на цвет, размывания цвета в процессе работы над разноцветным ковриком;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 w:rsidRPr="00EC3A90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Эмоциональная выразительность цвета.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Осознавать эмоциональное звучание цвета, то, что разный цвет «рассказывает» о разном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настроении — весёлом, задумчивом, грустном и др.;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54747A">
            <w:pPr>
              <w:rPr>
                <w:lang w:val="ru-RU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54747A">
            <w:pPr>
              <w:rPr>
                <w:lang w:val="ru-RU"/>
              </w:rPr>
            </w:pPr>
          </w:p>
        </w:tc>
      </w:tr>
      <w:tr w:rsidR="0054747A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Цвет как выражение настроения, душевного состояния.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11.11.2022 17.11.2022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как разное настроение героев передано художником в иллюстрациях;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Выполнить красками рисунок с весёлым или грустным настроением;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7" w:lineRule="auto"/>
              <w:ind w:left="72" w:right="288"/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Наш мир украшают цветы. Живописное изображение по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представлению и восприятию разных по цвету и формам цветков.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Развитие навыков работы гуашью и навыков наблюдения.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18.11.2022 24.11.2022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Выполнить гуашью рисунок цветка или цветов на основе демонстрируемых фотографий или по представлению;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Развивать навыки аналитического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рассматривания разной формы и строения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цветов;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90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3.6.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50" w:lineRule="auto"/>
              <w:ind w:left="72" w:right="144"/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Тематическая композиция «Времена года». Контрастные цветовые состояния времён года.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Работа гуашью, в технике аппликации или в смешанной технике.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25.11.2022 01.12.2022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50" w:lineRule="auto"/>
              <w:ind w:left="72" w:right="222"/>
              <w:jc w:val="both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Выполнить изображения разных времён года; Рассуждать и объяснять, какого цвета каждое время года и почему, как догадаться по цвету изображений, какое это время года;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</w:tbl>
    <w:p w:rsidR="0054747A" w:rsidRDefault="0054747A">
      <w:pPr>
        <w:autoSpaceDE w:val="0"/>
        <w:autoSpaceDN w:val="0"/>
        <w:spacing w:after="0" w:line="14" w:lineRule="exact"/>
      </w:pPr>
    </w:p>
    <w:p w:rsidR="0054747A" w:rsidRDefault="0054747A">
      <w:pPr>
        <w:sectPr w:rsidR="0054747A">
          <w:pgSz w:w="16840" w:h="11900"/>
          <w:pgMar w:top="284" w:right="640" w:bottom="47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54747A" w:rsidRDefault="0054747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5140"/>
        <w:gridCol w:w="528"/>
        <w:gridCol w:w="1104"/>
        <w:gridCol w:w="1140"/>
        <w:gridCol w:w="866"/>
        <w:gridCol w:w="3362"/>
        <w:gridCol w:w="1080"/>
        <w:gridCol w:w="1814"/>
      </w:tblGrid>
      <w:tr w:rsidR="0054747A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3.7.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ind w:left="72" w:right="720"/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Техника монотипии. Представления о симметрии.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Развитие ассоциативного воображения.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02.12.2022 08.12.2022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Иметь представления о свойствах печатной техники;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Осваивать технику монотипии для развития живописных умений и воображения;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Осваивать свойства симметрии;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348"/>
        </w:trPr>
        <w:tc>
          <w:tcPr>
            <w:tcW w:w="5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 3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93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35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4.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Скульптура</w:t>
            </w:r>
          </w:p>
        </w:tc>
      </w:tr>
      <w:tr w:rsidR="0054747A">
        <w:trPr>
          <w:trHeight w:hRule="exact" w:val="138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Изображение в объёме. Приёмы работы с пластилином; дощечка, стек, тряпочка.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Наблюдать, воспринимать выразительные образные объёмы в природе: на что похожи формы облаков, камней, коряг, картофелин и др. (в классе на основе фотографий);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Осваивать первичные навыки лепки —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изображения в объёме;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ind w:left="72" w:right="144"/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Лепка зверушек из цельной формы (черепашки, ёжика, зайчика и т. д.).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Приёмы вытягивания, вдавливания, сгибания, скручивания.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23.12.2022 29.12.2022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Лепить из целого куска пластилина мелких зверушек путём вытягивания, вдавливания;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Бумажная пластика. Овладение первичными приёмами надрезания, закручивания, складывания в работе над объёмной аппликацией.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10.01.2023 16.01.2023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Овладевать первичными навыками работы в объёмной аппликации и коллаже;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Осваивать навыки объёмной аппликации (например, изображение птицы — хвост, хохолок, крылья на основе простых приёмов работы с бумагой);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188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4.4.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Лепка игрушки по мотивам одного из наиболее известных народных художественных промыслов (дымковская, </w:t>
            </w:r>
            <w:proofErr w:type="spellStart"/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каргопольская</w:t>
            </w:r>
            <w:proofErr w:type="spellEnd"/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игрушки или по выбору учителя с учётом местных промыслов).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17.01.2023 23.01.2023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Рассматривать и характеризовать глиняные игрушки известных народных художественных промыслов;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строение формы, частей и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пропорций игрушки выбранного промысла; Осваивать этапы лепки формы игрушки и её частей;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Выполнить лепку игрушки по мотивам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выбранного народного промысла;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4.5.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Объёмная аппликация из бумаги и картона.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24.01.2023 30.01.2023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Осваивать приёмы создания объёмных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изображений из бумаги;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Приобретать опыт коллективной работы по созданию в технике аппликации панно из работ учащихся;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348"/>
        </w:trPr>
        <w:tc>
          <w:tcPr>
            <w:tcW w:w="5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 4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93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35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5.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Декоративно-прикладное искусство</w:t>
            </w:r>
          </w:p>
        </w:tc>
      </w:tr>
      <w:tr w:rsidR="0054747A" w:rsidRPr="00EC3A90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Узоры в природе.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Рассматривать и эстетически характеризовать различные примеры узоров в природе (на основе фотографий);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54747A">
            <w:pPr>
              <w:rPr>
                <w:lang w:val="ru-RU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54747A">
            <w:pPr>
              <w:rPr>
                <w:lang w:val="ru-RU"/>
              </w:rPr>
            </w:pPr>
          </w:p>
        </w:tc>
      </w:tr>
      <w:tr w:rsidR="0054747A">
        <w:trPr>
          <w:trHeight w:hRule="exact" w:val="90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5.2.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31.01.2023 06.02.2023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Приводить примеры и делать ассоциативные сопоставления с орнаментами в предметах декоративно-прикладного искусства;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</w:tbl>
    <w:p w:rsidR="0054747A" w:rsidRDefault="0054747A">
      <w:pPr>
        <w:autoSpaceDE w:val="0"/>
        <w:autoSpaceDN w:val="0"/>
        <w:spacing w:after="0" w:line="14" w:lineRule="exact"/>
      </w:pPr>
    </w:p>
    <w:p w:rsidR="0054747A" w:rsidRDefault="0054747A">
      <w:pPr>
        <w:sectPr w:rsidR="0054747A">
          <w:pgSz w:w="16840" w:h="11900"/>
          <w:pgMar w:top="284" w:right="640" w:bottom="46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54747A" w:rsidRDefault="0054747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5140"/>
        <w:gridCol w:w="528"/>
        <w:gridCol w:w="1104"/>
        <w:gridCol w:w="1140"/>
        <w:gridCol w:w="866"/>
        <w:gridCol w:w="3362"/>
        <w:gridCol w:w="1080"/>
        <w:gridCol w:w="1814"/>
      </w:tblGrid>
      <w:tr w:rsidR="0054747A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5.3.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Представления о симметрии и наблюдение её в природе.</w:t>
            </w:r>
          </w:p>
          <w:p w:rsidR="0054747A" w:rsidRPr="004C65D0" w:rsidRDefault="00A52BE5">
            <w:pPr>
              <w:autoSpaceDE w:val="0"/>
              <w:autoSpaceDN w:val="0"/>
              <w:spacing w:before="20" w:after="0" w:line="247" w:lineRule="auto"/>
              <w:ind w:left="72" w:right="288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Последовательное ведение работы над изображением бабочки по представлению, использование линии симметрии при составлении узора крыльев.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07.02.2023 13.02.2023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Выполнить рисунок бабочки, украсив узорами её крылья;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Приобретать опыт использования правил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симметрии при выполнении рисунка;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11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5.4.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ind w:left="72" w:right="144"/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Узоры и орнаменты, создаваемые людьми, и разнообразие их видов.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Орнаменты геометрические и растительные.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14.02.2023 20.02.2023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Рассматривать и характеризовать примеры художественно выполненных орнаментов; Определять в предложенных орнаментах мотивы изображения: растительные,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геометрические, анималистические;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5.5.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Декоративная композиция в круге или полосе.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21.02.2023 27.02.2023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54" w:lineRule="auto"/>
              <w:ind w:left="72"/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Рассматривать орнаменты в круге, полосе,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квадрате в соответствии с оформляемой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предметной поверхностью;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Выполнить гуашью творческое орнаментальное стилизованное изображение цветка, птицы и др.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(по выбору) в круге или в квадрате (без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раппорта);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207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5.6.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Орнамент, характерный для игрушек одного из наиболее известных народных художественных промыслов. Дымковская, </w:t>
            </w:r>
            <w:proofErr w:type="spellStart"/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каргопольская</w:t>
            </w:r>
            <w:proofErr w:type="spellEnd"/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игрушка или по выбору учителя с учётом местных промыслов.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28.02.2023 06.03.2023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54" w:lineRule="auto"/>
              <w:ind w:left="72"/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Рассматривать и характеризовать орнамент, украшающий игрушку выбранного промысла; Выполнить на бумаге красками рисунок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орнамента выбранной игрушки;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Выполнить рисунок игрушки выбранного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художественного промысла или,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предварительно покрыв вылепленную игрушку белилами, нанести орнаменты на свою </w:t>
            </w:r>
            <w:r w:rsidRPr="004C65D0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игрушку, сделанную по мотивам народного промысла;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5.7.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ind w:left="72" w:right="576"/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Оригами — создание игрушки для новогодней ёлки.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Приёмы складывания бумаги.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07.03.2023 13.03.2023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45" w:lineRule="auto"/>
              <w:ind w:left="72" w:right="576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Осваивать технику оригами, сложение несложных фигурок;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5.8.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Форма и украшение бытовых предметов.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14.03.2023 20.03.2023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Узнавать о работе художника по изготовлению бытовых вещей;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5.9.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Приёмы </w:t>
            </w:r>
            <w:proofErr w:type="spellStart"/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бумагопластики</w:t>
            </w:r>
            <w:proofErr w:type="spellEnd"/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. Сумка или упаковка и её декор.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21.03.2023 27.03.2023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Осваивать навыки работы с бумагой,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ножницами, клеем, подручными материалами;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348"/>
        </w:trPr>
        <w:tc>
          <w:tcPr>
            <w:tcW w:w="5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 5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93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6.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Архитектура </w:t>
            </w:r>
          </w:p>
        </w:tc>
      </w:tr>
      <w:tr w:rsidR="0054747A">
        <w:trPr>
          <w:trHeight w:hRule="exact" w:val="167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Наблюдение разнообразия архитектурных построек в окружающем мире по фотографиям, обсуждение их особенностей и составных частей зданий.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03.04.2023 08.04.2023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Рассматривать и сравнивать различные здания в окружающем мире (по фотографиям);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и характеризовать особенности и составные части рассматриваемых зданий; Выполнить рисунок придуманного дома на основе полученных впечатлений (техника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работы может быть любой, например с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помощью мелких печаток);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</w:tbl>
    <w:p w:rsidR="0054747A" w:rsidRDefault="0054747A">
      <w:pPr>
        <w:autoSpaceDE w:val="0"/>
        <w:autoSpaceDN w:val="0"/>
        <w:spacing w:after="0" w:line="14" w:lineRule="exact"/>
      </w:pPr>
    </w:p>
    <w:p w:rsidR="0054747A" w:rsidRDefault="0054747A">
      <w:pPr>
        <w:sectPr w:rsidR="0054747A">
          <w:pgSz w:w="16840" w:h="11900"/>
          <w:pgMar w:top="284" w:right="640" w:bottom="84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54747A" w:rsidRDefault="0054747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5140"/>
        <w:gridCol w:w="528"/>
        <w:gridCol w:w="1104"/>
        <w:gridCol w:w="1140"/>
        <w:gridCol w:w="866"/>
        <w:gridCol w:w="3362"/>
        <w:gridCol w:w="1080"/>
        <w:gridCol w:w="1814"/>
      </w:tblGrid>
      <w:tr w:rsidR="0054747A">
        <w:trPr>
          <w:trHeight w:hRule="exact" w:val="16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6.2.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Освоение приёмов конструирования из бумаги. Складывание объёмных простых геометрических тел. Овладение приёмами склеивания деталей, надрезания, вырезания деталей, использование приёмов симметрии.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10.04.2023 15.04.2023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Осваивать приёмы складывания объёмных простых геометрических тел из бумаги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(параллелепипед, конус, пирамида) в качестве основы для домиков;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Осваивать приёмы склеивания деталей,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симметричного надрезания, вырезания деталей и др., чтобы получились крыши, окна, двери, лестницы для бумажных домиков;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6.3.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Макетирование (или создание аппликации) пространственной среды сказочного города из бумаги, картона или пластилина.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17.04.2023 22.04.2023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50" w:lineRule="auto"/>
              <w:ind w:left="72" w:right="246"/>
              <w:jc w:val="both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Макетировать в игровой форме пространство сказочного городка (или построить городок в виде объёмной аппликации);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348"/>
        </w:trPr>
        <w:tc>
          <w:tcPr>
            <w:tcW w:w="5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 6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93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7.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Восприятие произведений искусства</w:t>
            </w:r>
          </w:p>
        </w:tc>
      </w:tr>
      <w:tr w:rsidR="0054747A">
        <w:trPr>
          <w:trHeight w:hRule="exact" w:val="188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7.1.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45" w:lineRule="auto"/>
              <w:ind w:left="72" w:right="720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Восприятие произведений детского творчества. Обсуждение сюжетного и эмоционального содержания детских работ.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Наблюдать, разглядывать, анализировать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детские работы с позиций их содержания и сюжета, настроения, расположения на листе, цветового содержания, соответствия учебной задаче, поставленной учителем;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Приобретать опыт зрительских умений,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включающих необходимые знания, внимание к позиции автора и соотнесение с личным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жизненным опытом зрителя;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7.2.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Художественное наблюдение окружающего мира (мира природы) и предметной среды жизни человека в зависимости от поставленной аналитической и эстетической задачи наблюдения (установки).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24.04.2023 29.04.2023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Приобретать опыт художественного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наблюдения предметной среды жизни человека в зависимости от поставленной аналитической и эстетической задачи (установки);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и обсуждать зрительские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впечатления и мысли;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http://www.artlib.ru/</w:t>
            </w:r>
          </w:p>
        </w:tc>
      </w:tr>
      <w:tr w:rsidR="0054747A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7.3.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50" w:lineRule="auto"/>
              <w:ind w:left="72" w:right="432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Рассматривание иллюстраций к детским книгам на основе содержательных установок учителя в соответствии с изучаемой темой.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Осваивать опыт восприятия художественных иллюстраций в детских книгах в соответствии с учебной установкой;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и обсуждать зрительские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впечатления и мысли;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7.4.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Знакомство с живописной картиной.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01.05.2023 06.05.2023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Приобретать опыт специально организованного общения со станковой картиной;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и обсуждать зрительские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впечатления и мысли;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http://www.artlib.ru/</w:t>
            </w:r>
          </w:p>
        </w:tc>
      </w:tr>
      <w:tr w:rsidR="0054747A">
        <w:trPr>
          <w:trHeight w:hRule="exact" w:val="167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7.5.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Обсуждение произведений с ярко выраженным эмоциональным настроением или со сказочным сюжетом. Произведения В. М.</w:t>
            </w:r>
          </w:p>
          <w:p w:rsidR="0054747A" w:rsidRPr="004C65D0" w:rsidRDefault="00A52BE5">
            <w:pPr>
              <w:autoSpaceDE w:val="0"/>
              <w:autoSpaceDN w:val="0"/>
              <w:spacing w:before="20" w:after="0" w:line="230" w:lineRule="auto"/>
              <w:ind w:left="72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Васнецова, М. А. Врубеля и других художников (по выбору учителя).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Осваивать опыт эстетического, эмоционального общения со станковой картиной;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Приобретать опыт зрительских умений,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включающих необходимые знания, внимание к позиции автора и соотнесение с личным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жизненным опытом зрителя;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Знать основные произведения изучаемых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художников;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http://www.printdigital.ru/</w:t>
            </w:r>
          </w:p>
        </w:tc>
      </w:tr>
    </w:tbl>
    <w:p w:rsidR="0054747A" w:rsidRDefault="0054747A">
      <w:pPr>
        <w:autoSpaceDE w:val="0"/>
        <w:autoSpaceDN w:val="0"/>
        <w:spacing w:after="0" w:line="14" w:lineRule="exact"/>
      </w:pPr>
    </w:p>
    <w:p w:rsidR="0054747A" w:rsidRDefault="0054747A">
      <w:pPr>
        <w:sectPr w:rsidR="0054747A">
          <w:pgSz w:w="16840" w:h="11900"/>
          <w:pgMar w:top="284" w:right="640" w:bottom="63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54747A" w:rsidRDefault="0054747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5140"/>
        <w:gridCol w:w="528"/>
        <w:gridCol w:w="1104"/>
        <w:gridCol w:w="1140"/>
        <w:gridCol w:w="866"/>
        <w:gridCol w:w="3362"/>
        <w:gridCol w:w="1080"/>
        <w:gridCol w:w="1814"/>
      </w:tblGrid>
      <w:tr w:rsidR="0054747A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7.6.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Художник и зритель. Освоение зрительских умений на основе получаемых знаний и творческих установок наблюдения.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08.05.2023 13.05.2023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Приобретать опыт специально организованного общения со станковой картиной;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Приобретать опыт зрительских умений,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включающих необходимые знания, внимание к позиции автора и соотнесение с личным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жизненным опытом зрителя;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7.7.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Ассоциации из личного опыта учащихся и оценка эмоционального содержания произведений.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Приобретать опыт зрительских умений,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включающих необходимые знания, внимание к позиции автора и соотнесение с личным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жизненным опытом зрителя;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169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7.8.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Произведения И. И. Левитана, А. Г. Венецианова И. И. Шишкина, А. А. </w:t>
            </w:r>
            <w:proofErr w:type="spellStart"/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Пластова</w:t>
            </w:r>
            <w:proofErr w:type="spellEnd"/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, К. Моне, В. Ван Гога и других художников (по выбору учителя) по теме «Времена года»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15.05.2023 20.05.2023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Приобретать опыт эстетического наблюдения природы на основе эмоциональных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впечатлений и с учётом визуальной установки учителя;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и обсуждать зрительские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впечатления и мысли;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Знать основные произведения изучаемых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художников;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http://www.printdigital.ru/</w:t>
            </w:r>
          </w:p>
        </w:tc>
      </w:tr>
      <w:tr w:rsidR="0054747A">
        <w:trPr>
          <w:trHeight w:hRule="exact" w:val="348"/>
        </w:trPr>
        <w:tc>
          <w:tcPr>
            <w:tcW w:w="5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 7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93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8.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Азбука цифровой графики</w:t>
            </w:r>
          </w:p>
        </w:tc>
      </w:tr>
      <w:tr w:rsidR="0054747A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8.1.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Фотографирование мелких деталей природы, запечатление на фотографиях ярких зрительных впечатлений.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Приобретать опыт фотографирования с целью эстетического и целенаправленного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наблюдения природы;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734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8.2.</w:t>
            </w:r>
          </w:p>
        </w:tc>
        <w:tc>
          <w:tcPr>
            <w:tcW w:w="5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45" w:lineRule="auto"/>
              <w:ind w:left="72" w:right="1008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Обсуждение в условиях урока ученических фотографий, соответствующих изучаемой теме.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8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22.05.2023 27.05.2023</w:t>
            </w:r>
          </w:p>
        </w:tc>
        <w:tc>
          <w:tcPr>
            <w:tcW w:w="336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Приобретать опыт обсуждения фотографий с точки зрения цели сделанного снимка,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значимости его содержания, его композиции;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348"/>
        </w:trPr>
        <w:tc>
          <w:tcPr>
            <w:tcW w:w="5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 8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93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328"/>
        </w:trPr>
        <w:tc>
          <w:tcPr>
            <w:tcW w:w="5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25.5</w:t>
            </w:r>
          </w:p>
        </w:tc>
        <w:tc>
          <w:tcPr>
            <w:tcW w:w="71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</w:tbl>
    <w:p w:rsidR="0054747A" w:rsidRDefault="0054747A">
      <w:pPr>
        <w:autoSpaceDE w:val="0"/>
        <w:autoSpaceDN w:val="0"/>
        <w:spacing w:after="0" w:line="14" w:lineRule="exact"/>
      </w:pPr>
    </w:p>
    <w:p w:rsidR="0054747A" w:rsidRDefault="0054747A">
      <w:pPr>
        <w:sectPr w:rsidR="0054747A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54747A" w:rsidRDefault="0054747A">
      <w:pPr>
        <w:autoSpaceDE w:val="0"/>
        <w:autoSpaceDN w:val="0"/>
        <w:spacing w:after="78" w:line="220" w:lineRule="exact"/>
      </w:pPr>
    </w:p>
    <w:p w:rsidR="0054747A" w:rsidRDefault="00A52BE5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88"/>
        <w:gridCol w:w="734"/>
        <w:gridCol w:w="1620"/>
        <w:gridCol w:w="1668"/>
        <w:gridCol w:w="1164"/>
        <w:gridCol w:w="1574"/>
      </w:tblGrid>
      <w:tr w:rsidR="0054747A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2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</w:p>
        </w:tc>
      </w:tr>
      <w:tr w:rsidR="0054747A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47A" w:rsidRDefault="0054747A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54747A" w:rsidRDefault="0054747A"/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47A" w:rsidRDefault="0054747A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47A" w:rsidRDefault="0054747A"/>
        </w:tc>
      </w:tr>
      <w:tr w:rsidR="0054747A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Изображения всюду вокруг нас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4747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Изображать можно линией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4747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Рисунок с натуры: рисунок листьев разной формы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4747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Учимся рисовать животных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4747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Линия-рассказчица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4747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Пятно-силуэт. Изображать можно пятном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4747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Теневой театр. Силуэт.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4747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Мир вокруг нас.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4747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Три волшебных цвета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4747A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Цвет как выражение настроения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4747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Цветы и их особенность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4747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Времена года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4747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Техника монотипия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4747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Лепка животных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4747A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Бумажная пластика. Жар птица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54747A" w:rsidRDefault="0054747A">
      <w:pPr>
        <w:autoSpaceDE w:val="0"/>
        <w:autoSpaceDN w:val="0"/>
        <w:spacing w:after="0" w:line="14" w:lineRule="exact"/>
      </w:pPr>
    </w:p>
    <w:p w:rsidR="0054747A" w:rsidRDefault="0054747A">
      <w:pPr>
        <w:sectPr w:rsidR="0054747A">
          <w:pgSz w:w="11900" w:h="16840"/>
          <w:pgMar w:top="298" w:right="650" w:bottom="61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4747A" w:rsidRDefault="0054747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88"/>
        <w:gridCol w:w="734"/>
        <w:gridCol w:w="1620"/>
        <w:gridCol w:w="1668"/>
        <w:gridCol w:w="1164"/>
        <w:gridCol w:w="1574"/>
      </w:tblGrid>
      <w:tr w:rsidR="0054747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Лепка игрушки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4747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Объёмная аппликация из бумаги и картона.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4747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Узоры в природе.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4747A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Узоры на крыльях бабочек. Симметрия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4747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Орнаменты геометрические и растительные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4747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Декоративная композиция в круге или полосе.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4747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Орнамент в народной игрушке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4747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Игрушка в технике оригами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4747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Форма и украшение бытовых предметов.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4747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Приёмы </w:t>
            </w:r>
            <w:proofErr w:type="spellStart"/>
            <w:r w:rsidRPr="004C65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бумагопластики</w:t>
            </w:r>
            <w:proofErr w:type="spellEnd"/>
            <w:r w:rsidRPr="004C65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 Сумка и её декор.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4747A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Дома бывают разными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4747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Конструкция дома и его деталей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4747A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Дом снаружи и внутри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4747A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Мир природы и человека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4747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Знакомство с живописной картиной.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4747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Сказочный сюжет в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произведениях художников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4747A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Эмоциональные ассоциации: "Времена года"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54747A" w:rsidRDefault="0054747A">
      <w:pPr>
        <w:autoSpaceDE w:val="0"/>
        <w:autoSpaceDN w:val="0"/>
        <w:spacing w:after="0" w:line="14" w:lineRule="exact"/>
      </w:pPr>
    </w:p>
    <w:p w:rsidR="0054747A" w:rsidRDefault="0054747A">
      <w:pPr>
        <w:sectPr w:rsidR="0054747A">
          <w:pgSz w:w="11900" w:h="16840"/>
          <w:pgMar w:top="284" w:right="650" w:bottom="41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4747A" w:rsidRDefault="0054747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88"/>
        <w:gridCol w:w="734"/>
        <w:gridCol w:w="1620"/>
        <w:gridCol w:w="1668"/>
        <w:gridCol w:w="1164"/>
        <w:gridCol w:w="1574"/>
      </w:tblGrid>
      <w:tr w:rsidR="0054747A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Красота в деталях природы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4747A">
        <w:trPr>
          <w:trHeight w:hRule="exact" w:val="808"/>
        </w:trPr>
        <w:tc>
          <w:tcPr>
            <w:tcW w:w="3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25.5</w:t>
            </w:r>
          </w:p>
        </w:tc>
        <w:tc>
          <w:tcPr>
            <w:tcW w:w="2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</w:tbl>
    <w:p w:rsidR="0054747A" w:rsidRDefault="0054747A">
      <w:pPr>
        <w:autoSpaceDE w:val="0"/>
        <w:autoSpaceDN w:val="0"/>
        <w:spacing w:after="0" w:line="14" w:lineRule="exact"/>
      </w:pPr>
    </w:p>
    <w:p w:rsidR="0054747A" w:rsidRDefault="0054747A">
      <w:pPr>
        <w:sectPr w:rsidR="0054747A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4747A" w:rsidRDefault="0054747A">
      <w:pPr>
        <w:autoSpaceDE w:val="0"/>
        <w:autoSpaceDN w:val="0"/>
        <w:spacing w:after="78" w:line="220" w:lineRule="exact"/>
      </w:pPr>
    </w:p>
    <w:p w:rsidR="0054747A" w:rsidRDefault="00A52BE5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54747A" w:rsidRDefault="00A52BE5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54747A" w:rsidRPr="004C65D0" w:rsidRDefault="00A52BE5">
      <w:pPr>
        <w:autoSpaceDE w:val="0"/>
        <w:autoSpaceDN w:val="0"/>
        <w:spacing w:before="166" w:after="0" w:line="230" w:lineRule="auto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Изобразительное искусство. 1 класс/</w:t>
      </w:r>
      <w:proofErr w:type="spellStart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Неменская</w:t>
      </w:r>
      <w:proofErr w:type="spellEnd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 Л.А.; под редакцией </w:t>
      </w:r>
      <w:proofErr w:type="spellStart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Неменского</w:t>
      </w:r>
      <w:proofErr w:type="spellEnd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 Б.М., Акционерное</w:t>
      </w:r>
    </w:p>
    <w:p w:rsidR="0054747A" w:rsidRPr="004C65D0" w:rsidRDefault="00A52BE5">
      <w:pPr>
        <w:autoSpaceDE w:val="0"/>
        <w:autoSpaceDN w:val="0"/>
        <w:spacing w:before="70" w:after="0" w:line="230" w:lineRule="auto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общество «Издательство «Просвещение»;</w:t>
      </w:r>
    </w:p>
    <w:p w:rsidR="0054747A" w:rsidRPr="004C65D0" w:rsidRDefault="00A52BE5">
      <w:pPr>
        <w:autoSpaceDE w:val="0"/>
        <w:autoSpaceDN w:val="0"/>
        <w:spacing w:before="70" w:after="0" w:line="230" w:lineRule="auto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54747A" w:rsidRPr="004C65D0" w:rsidRDefault="00A52BE5">
      <w:pPr>
        <w:autoSpaceDE w:val="0"/>
        <w:autoSpaceDN w:val="0"/>
        <w:spacing w:before="262" w:after="0" w:line="230" w:lineRule="auto"/>
        <w:rPr>
          <w:lang w:val="ru-RU"/>
        </w:rPr>
      </w:pPr>
      <w:r w:rsidRPr="004C65D0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54747A" w:rsidRPr="004C65D0" w:rsidRDefault="00A52BE5">
      <w:pPr>
        <w:autoSpaceDE w:val="0"/>
        <w:autoSpaceDN w:val="0"/>
        <w:spacing w:before="166" w:after="0" w:line="230" w:lineRule="auto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Рабочие программы. Предметная линия учебников под редакцией Б. М. </w:t>
      </w:r>
      <w:proofErr w:type="spellStart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Неменского</w:t>
      </w:r>
      <w:proofErr w:type="spellEnd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. 1 – 4 классы :</w:t>
      </w:r>
    </w:p>
    <w:p w:rsidR="0054747A" w:rsidRPr="004C65D0" w:rsidRDefault="00A52BE5">
      <w:pPr>
        <w:autoSpaceDE w:val="0"/>
        <w:autoSpaceDN w:val="0"/>
        <w:spacing w:before="70" w:after="0" w:line="230" w:lineRule="auto"/>
        <w:jc w:val="center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пособие для учителей </w:t>
      </w:r>
      <w:proofErr w:type="spellStart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общеобразоват</w:t>
      </w:r>
      <w:proofErr w:type="spellEnd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. организаций / [Б. М. </w:t>
      </w:r>
      <w:proofErr w:type="spellStart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Неменский</w:t>
      </w:r>
      <w:proofErr w:type="spellEnd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, Л. А. </w:t>
      </w:r>
      <w:proofErr w:type="spellStart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Неменская</w:t>
      </w:r>
      <w:proofErr w:type="spellEnd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, Н. А. Горяева</w:t>
      </w:r>
    </w:p>
    <w:p w:rsidR="0054747A" w:rsidRPr="004C65D0" w:rsidRDefault="00A52BE5">
      <w:pPr>
        <w:autoSpaceDE w:val="0"/>
        <w:autoSpaceDN w:val="0"/>
        <w:spacing w:before="72" w:after="0" w:line="230" w:lineRule="auto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и др.] ; под ред. Б. М. </w:t>
      </w:r>
      <w:proofErr w:type="spellStart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Неменского</w:t>
      </w:r>
      <w:proofErr w:type="spellEnd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. – 5-е изд. – М. : Просвещение, 2015.</w:t>
      </w:r>
    </w:p>
    <w:p w:rsidR="0054747A" w:rsidRPr="004C65D0" w:rsidRDefault="00A52BE5">
      <w:pPr>
        <w:autoSpaceDE w:val="0"/>
        <w:autoSpaceDN w:val="0"/>
        <w:spacing w:before="72" w:after="0" w:line="230" w:lineRule="auto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2. Изобразительное искусство. Ты изображаешь, украшаешь и строишь. 1 класс : учебник для</w:t>
      </w:r>
    </w:p>
    <w:p w:rsidR="0054747A" w:rsidRPr="004C65D0" w:rsidRDefault="00A52BE5">
      <w:pPr>
        <w:autoSpaceDE w:val="0"/>
        <w:autoSpaceDN w:val="0"/>
        <w:spacing w:before="70" w:after="0" w:line="230" w:lineRule="auto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общеобразовательных учреждений / Л.А. </w:t>
      </w:r>
      <w:proofErr w:type="spellStart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Неменская</w:t>
      </w:r>
      <w:proofErr w:type="spellEnd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 ; под ред. Б.М. </w:t>
      </w:r>
      <w:proofErr w:type="spellStart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Неменского</w:t>
      </w:r>
      <w:proofErr w:type="spellEnd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. – 2-е изд. – М. :</w:t>
      </w:r>
    </w:p>
    <w:p w:rsidR="0054747A" w:rsidRPr="004C65D0" w:rsidRDefault="00A52BE5">
      <w:pPr>
        <w:autoSpaceDE w:val="0"/>
        <w:autoSpaceDN w:val="0"/>
        <w:spacing w:before="70" w:after="0" w:line="230" w:lineRule="auto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Просвещение, 2014.</w:t>
      </w:r>
    </w:p>
    <w:p w:rsidR="0054747A" w:rsidRPr="004C65D0" w:rsidRDefault="00A52BE5">
      <w:pPr>
        <w:autoSpaceDE w:val="0"/>
        <w:autoSpaceDN w:val="0"/>
        <w:spacing w:before="262" w:after="0" w:line="230" w:lineRule="auto"/>
        <w:rPr>
          <w:lang w:val="ru-RU"/>
        </w:rPr>
      </w:pPr>
      <w:r w:rsidRPr="004C65D0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54747A" w:rsidRPr="004C65D0" w:rsidRDefault="00A52BE5">
      <w:pPr>
        <w:autoSpaceDE w:val="0"/>
        <w:autoSpaceDN w:val="0"/>
        <w:spacing w:before="166" w:after="0" w:line="230" w:lineRule="auto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Единая коллекция цифровых образовательных ресурсов: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collection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</w:p>
    <w:p w:rsidR="0054747A" w:rsidRPr="004C65D0" w:rsidRDefault="00A52BE5">
      <w:pPr>
        <w:autoSpaceDE w:val="0"/>
        <w:autoSpaceDN w:val="0"/>
        <w:spacing w:before="406" w:after="0" w:line="230" w:lineRule="auto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Школа АВС. Презентации по изо и технологии. -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shkola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abv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katalog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prezentatsij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izo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-</w:t>
      </w:r>
    </w:p>
    <w:p w:rsidR="0054747A" w:rsidRPr="004C65D0" w:rsidRDefault="00A52BE5">
      <w:pPr>
        <w:autoSpaceDE w:val="0"/>
        <w:autoSpaceDN w:val="0"/>
        <w:spacing w:before="70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tehnologiya</w:t>
      </w:r>
    </w:p>
    <w:p w:rsidR="0054747A" w:rsidRPr="004C65D0" w:rsidRDefault="00A52BE5">
      <w:pPr>
        <w:autoSpaceDE w:val="0"/>
        <w:autoSpaceDN w:val="0"/>
        <w:spacing w:before="70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fcior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/ Федеральный Центр Информационно-образовательных ресурсов</w:t>
      </w:r>
    </w:p>
    <w:p w:rsidR="0054747A" w:rsidRPr="004C65D0" w:rsidRDefault="00A52BE5">
      <w:pPr>
        <w:autoSpaceDE w:val="0"/>
        <w:autoSpaceDN w:val="0"/>
        <w:spacing w:before="406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collection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/ Единая коллекция цифровых образовательных ресурсов</w:t>
      </w:r>
    </w:p>
    <w:p w:rsidR="0054747A" w:rsidRPr="004C65D0" w:rsidRDefault="00A52BE5">
      <w:pPr>
        <w:autoSpaceDE w:val="0"/>
        <w:autoSpaceDN w:val="0"/>
        <w:spacing w:before="406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urok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.1</w:t>
      </w:r>
      <w:r>
        <w:rPr>
          <w:rFonts w:ascii="Times New Roman" w:eastAsia="Times New Roman" w:hAnsi="Times New Roman"/>
          <w:color w:val="000000"/>
          <w:sz w:val="24"/>
        </w:rPr>
        <w:t>sept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/ Фестиваль Педагогических Идей</w:t>
      </w:r>
    </w:p>
    <w:p w:rsidR="0054747A" w:rsidRPr="004C65D0" w:rsidRDefault="00A52BE5">
      <w:pPr>
        <w:autoSpaceDE w:val="0"/>
        <w:autoSpaceDN w:val="0"/>
        <w:spacing w:before="406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muzped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net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/ Российский центр Музейной педагогики и детского творчества</w:t>
      </w:r>
    </w:p>
    <w:p w:rsidR="0054747A" w:rsidRPr="004C65D0" w:rsidRDefault="00A52BE5">
      <w:pPr>
        <w:autoSpaceDE w:val="0"/>
        <w:autoSpaceDN w:val="0"/>
        <w:spacing w:before="406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printdigital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/ Шедевры мировой живописи</w:t>
      </w:r>
    </w:p>
    <w:p w:rsidR="0054747A" w:rsidRPr="004C65D0" w:rsidRDefault="00A52BE5">
      <w:pPr>
        <w:autoSpaceDE w:val="0"/>
        <w:autoSpaceDN w:val="0"/>
        <w:spacing w:before="406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arslonga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 Галерея «</w:t>
      </w:r>
      <w:r>
        <w:rPr>
          <w:rFonts w:ascii="Times New Roman" w:eastAsia="Times New Roman" w:hAnsi="Times New Roman"/>
          <w:color w:val="000000"/>
          <w:sz w:val="24"/>
        </w:rPr>
        <w:t>ARS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LONGA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» Галерея своей главной задачей видит поиск и показ</w:t>
      </w:r>
    </w:p>
    <w:p w:rsidR="0054747A" w:rsidRPr="004C65D0" w:rsidRDefault="00A52BE5">
      <w:pPr>
        <w:autoSpaceDE w:val="0"/>
        <w:autoSpaceDN w:val="0"/>
        <w:spacing w:before="72" w:after="0" w:line="230" w:lineRule="auto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работ современных художников, творчество которых выражает настроения и духовные поиски</w:t>
      </w:r>
    </w:p>
    <w:p w:rsidR="0054747A" w:rsidRPr="004C65D0" w:rsidRDefault="00A52BE5">
      <w:pPr>
        <w:autoSpaceDE w:val="0"/>
        <w:autoSpaceDN w:val="0"/>
        <w:spacing w:before="72" w:after="0" w:line="230" w:lineRule="auto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нашего времени.</w:t>
      </w:r>
    </w:p>
    <w:p w:rsidR="0054747A" w:rsidRPr="004C65D0" w:rsidRDefault="00A52BE5">
      <w:pPr>
        <w:autoSpaceDE w:val="0"/>
        <w:autoSpaceDN w:val="0"/>
        <w:spacing w:before="408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artobject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gallery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/ Галерея «</w:t>
      </w:r>
      <w:proofErr w:type="spellStart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АРТ.объект</w:t>
      </w:r>
      <w:proofErr w:type="spellEnd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». Галерея не ограничивает себя узкими</w:t>
      </w:r>
    </w:p>
    <w:p w:rsidR="0054747A" w:rsidRPr="004C65D0" w:rsidRDefault="00A52BE5">
      <w:pPr>
        <w:autoSpaceDE w:val="0"/>
        <w:autoSpaceDN w:val="0"/>
        <w:spacing w:before="70" w:after="0" w:line="230" w:lineRule="auto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стилистическими или жанровыми рамками, а старается знакомить зрителя с разнообразными</w:t>
      </w:r>
    </w:p>
    <w:p w:rsidR="0054747A" w:rsidRPr="004C65D0" w:rsidRDefault="00A52BE5">
      <w:pPr>
        <w:autoSpaceDE w:val="0"/>
        <w:autoSpaceDN w:val="0"/>
        <w:spacing w:before="70" w:after="0" w:line="230" w:lineRule="auto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проявлениями современной арт-сцены.</w:t>
      </w:r>
    </w:p>
    <w:p w:rsidR="0054747A" w:rsidRPr="004C65D0" w:rsidRDefault="00A52BE5">
      <w:pPr>
        <w:autoSpaceDE w:val="0"/>
        <w:autoSpaceDN w:val="0"/>
        <w:spacing w:before="406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tanais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info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/ Шедевры Русской Живописи</w:t>
      </w:r>
    </w:p>
    <w:p w:rsidR="0054747A" w:rsidRPr="004C65D0" w:rsidRDefault="00A52BE5">
      <w:pPr>
        <w:autoSpaceDE w:val="0"/>
        <w:autoSpaceDN w:val="0"/>
        <w:spacing w:before="406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gallerix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album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Hermitage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museum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hi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resolution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 Галерея, картины известных художников.</w:t>
      </w:r>
    </w:p>
    <w:p w:rsidR="0054747A" w:rsidRPr="004C65D0" w:rsidRDefault="00A52BE5">
      <w:pPr>
        <w:autoSpaceDE w:val="0"/>
        <w:autoSpaceDN w:val="0"/>
        <w:spacing w:before="406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gallerix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/ Ещё одна жемчужина интернета и прекрасная находка для тех, кто любит живопись!</w:t>
      </w:r>
    </w:p>
    <w:p w:rsidR="0054747A" w:rsidRPr="004C65D0" w:rsidRDefault="00A52BE5">
      <w:pPr>
        <w:autoSpaceDE w:val="0"/>
        <w:autoSpaceDN w:val="0"/>
        <w:spacing w:before="406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artlib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/ библиотека изобразительных искусств.</w:t>
      </w:r>
    </w:p>
    <w:p w:rsidR="0054747A" w:rsidRPr="004C65D0" w:rsidRDefault="00A52BE5">
      <w:pPr>
        <w:autoSpaceDE w:val="0"/>
        <w:autoSpaceDN w:val="0"/>
        <w:spacing w:before="406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fcior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/ Проект федерального центра информационно-образовательных ресурсов (ФЦИОР)</w:t>
      </w:r>
    </w:p>
    <w:p w:rsidR="0054747A" w:rsidRPr="004C65D0" w:rsidRDefault="0054747A">
      <w:pPr>
        <w:rPr>
          <w:lang w:val="ru-RU"/>
        </w:rPr>
        <w:sectPr w:rsidR="0054747A" w:rsidRPr="004C65D0">
          <w:pgSz w:w="11900" w:h="16840"/>
          <w:pgMar w:top="298" w:right="634" w:bottom="290" w:left="666" w:header="720" w:footer="720" w:gutter="0"/>
          <w:cols w:space="720" w:equalWidth="0">
            <w:col w:w="10600" w:space="0"/>
          </w:cols>
          <w:docGrid w:linePitch="360"/>
        </w:sectPr>
      </w:pPr>
    </w:p>
    <w:p w:rsidR="0054747A" w:rsidRPr="004C65D0" w:rsidRDefault="0054747A">
      <w:pPr>
        <w:autoSpaceDE w:val="0"/>
        <w:autoSpaceDN w:val="0"/>
        <w:spacing w:after="96" w:line="220" w:lineRule="exact"/>
        <w:rPr>
          <w:lang w:val="ru-RU"/>
        </w:rPr>
      </w:pPr>
    </w:p>
    <w:p w:rsidR="0054747A" w:rsidRPr="004C65D0" w:rsidRDefault="00A52BE5">
      <w:pPr>
        <w:autoSpaceDE w:val="0"/>
        <w:autoSpaceDN w:val="0"/>
        <w:spacing w:after="0" w:line="230" w:lineRule="auto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направлен на распространение электронных образовательных ресурсов и сервисов.</w:t>
      </w:r>
    </w:p>
    <w:p w:rsidR="0054747A" w:rsidRPr="004C65D0" w:rsidRDefault="0054747A">
      <w:pPr>
        <w:rPr>
          <w:lang w:val="ru-RU"/>
        </w:rPr>
        <w:sectPr w:rsidR="0054747A" w:rsidRPr="004C65D0">
          <w:pgSz w:w="11900" w:h="16840"/>
          <w:pgMar w:top="316" w:right="1440" w:bottom="1440" w:left="666" w:header="720" w:footer="720" w:gutter="0"/>
          <w:cols w:space="720" w:equalWidth="0">
            <w:col w:w="9794" w:space="0"/>
          </w:cols>
          <w:docGrid w:linePitch="360"/>
        </w:sectPr>
      </w:pPr>
    </w:p>
    <w:p w:rsidR="0054747A" w:rsidRPr="004C65D0" w:rsidRDefault="0054747A">
      <w:pPr>
        <w:autoSpaceDE w:val="0"/>
        <w:autoSpaceDN w:val="0"/>
        <w:spacing w:after="78" w:line="220" w:lineRule="exact"/>
        <w:rPr>
          <w:lang w:val="ru-RU"/>
        </w:rPr>
      </w:pPr>
    </w:p>
    <w:p w:rsidR="0054747A" w:rsidRPr="004C65D0" w:rsidRDefault="00A52BE5">
      <w:pPr>
        <w:autoSpaceDE w:val="0"/>
        <w:autoSpaceDN w:val="0"/>
        <w:spacing w:after="0" w:line="230" w:lineRule="auto"/>
        <w:rPr>
          <w:lang w:val="ru-RU"/>
        </w:rPr>
      </w:pPr>
      <w:r w:rsidRPr="004C65D0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54747A" w:rsidRPr="004C65D0" w:rsidRDefault="00A52BE5">
      <w:pPr>
        <w:autoSpaceDE w:val="0"/>
        <w:autoSpaceDN w:val="0"/>
        <w:spacing w:before="346" w:after="0" w:line="230" w:lineRule="auto"/>
        <w:rPr>
          <w:lang w:val="ru-RU"/>
        </w:rPr>
      </w:pPr>
      <w:r w:rsidRPr="004C65D0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УЧЕБНОЕ ОБОРУДОВАНИЕ</w:t>
      </w:r>
    </w:p>
    <w:p w:rsidR="0054747A" w:rsidRPr="004C65D0" w:rsidRDefault="00A52BE5">
      <w:pPr>
        <w:autoSpaceDE w:val="0"/>
        <w:autoSpaceDN w:val="0"/>
        <w:spacing w:before="166" w:after="0" w:line="281" w:lineRule="auto"/>
        <w:ind w:right="4464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«Цветовой круг»;</w:t>
      </w:r>
      <w:r w:rsidRPr="004C65D0">
        <w:rPr>
          <w:lang w:val="ru-RU"/>
        </w:rPr>
        <w:br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«Палитра красок»;</w:t>
      </w:r>
      <w:r w:rsidRPr="004C65D0">
        <w:rPr>
          <w:lang w:val="ru-RU"/>
        </w:rPr>
        <w:br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«Свет и тень»;</w:t>
      </w:r>
      <w:r w:rsidRPr="004C65D0">
        <w:rPr>
          <w:lang w:val="ru-RU"/>
        </w:rPr>
        <w:br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«Тёплые и холодные цвета»;</w:t>
      </w:r>
      <w:r w:rsidRPr="004C65D0">
        <w:rPr>
          <w:lang w:val="ru-RU"/>
        </w:rPr>
        <w:br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«Жанры живописи» («Портрет», «Натюрморт», «Пейзаж»);«Великие художники».</w:t>
      </w:r>
    </w:p>
    <w:p w:rsidR="0054747A" w:rsidRPr="004C65D0" w:rsidRDefault="00A52BE5">
      <w:pPr>
        <w:autoSpaceDE w:val="0"/>
        <w:autoSpaceDN w:val="0"/>
        <w:spacing w:before="70" w:after="0" w:line="286" w:lineRule="auto"/>
        <w:ind w:right="2592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«Геометрические тела»»</w:t>
      </w:r>
      <w:r w:rsidRPr="004C65D0">
        <w:rPr>
          <w:lang w:val="ru-RU"/>
        </w:rPr>
        <w:br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«Форма и объём»; </w:t>
      </w:r>
      <w:r w:rsidRPr="004C65D0">
        <w:rPr>
          <w:lang w:val="ru-RU"/>
        </w:rPr>
        <w:br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репродукции картин русских и зарубежных художников; </w:t>
      </w:r>
      <w:r w:rsidRPr="004C65D0">
        <w:rPr>
          <w:lang w:val="ru-RU"/>
        </w:rPr>
        <w:br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классная доска с набором приспособлений для крепления таблиц и картинок; иллюстративные материалы (альбомы, комплекты открыток и др.); </w:t>
      </w:r>
      <w:r w:rsidRPr="004C65D0">
        <w:rPr>
          <w:lang w:val="ru-RU"/>
        </w:rPr>
        <w:br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художественно-графические материалы; </w:t>
      </w:r>
      <w:r w:rsidRPr="004C65D0">
        <w:rPr>
          <w:lang w:val="ru-RU"/>
        </w:rPr>
        <w:br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средства фиксации достижений учащихся (фото-, видеокамера); </w:t>
      </w:r>
      <w:r w:rsidRPr="004C65D0">
        <w:rPr>
          <w:lang w:val="ru-RU"/>
        </w:rPr>
        <w:br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оборудование для мультимедийных демонстраций.</w:t>
      </w:r>
    </w:p>
    <w:p w:rsidR="0054747A" w:rsidRPr="004C65D0" w:rsidRDefault="00A52BE5">
      <w:pPr>
        <w:autoSpaceDE w:val="0"/>
        <w:autoSpaceDN w:val="0"/>
        <w:spacing w:before="262" w:after="0" w:line="230" w:lineRule="auto"/>
        <w:rPr>
          <w:lang w:val="ru-RU"/>
        </w:rPr>
      </w:pPr>
      <w:r w:rsidRPr="004C65D0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ПРАКТИЧЕСКИХ РАБОТ</w:t>
      </w:r>
    </w:p>
    <w:p w:rsidR="0054747A" w:rsidRPr="004C65D0" w:rsidRDefault="00A52BE5">
      <w:pPr>
        <w:autoSpaceDE w:val="0"/>
        <w:autoSpaceDN w:val="0"/>
        <w:spacing w:before="166" w:after="0" w:line="286" w:lineRule="auto"/>
        <w:ind w:right="5184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мольберты; </w:t>
      </w:r>
      <w:r w:rsidRPr="004C65D0">
        <w:rPr>
          <w:lang w:val="ru-RU"/>
        </w:rPr>
        <w:br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подиумы для натурных постановок </w:t>
      </w:r>
      <w:r w:rsidRPr="004C65D0">
        <w:rPr>
          <w:lang w:val="ru-RU"/>
        </w:rPr>
        <w:br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краски (акварельные и гуашь); </w:t>
      </w:r>
      <w:r w:rsidRPr="004C65D0">
        <w:rPr>
          <w:lang w:val="ru-RU"/>
        </w:rPr>
        <w:br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карандаши; </w:t>
      </w:r>
      <w:r w:rsidRPr="004C65D0">
        <w:rPr>
          <w:lang w:val="ru-RU"/>
        </w:rPr>
        <w:br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бумага; </w:t>
      </w:r>
      <w:r w:rsidRPr="004C65D0">
        <w:rPr>
          <w:lang w:val="ru-RU"/>
        </w:rPr>
        <w:br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пластилин и пластическая масса; </w:t>
      </w:r>
      <w:r w:rsidRPr="004C65D0">
        <w:rPr>
          <w:lang w:val="ru-RU"/>
        </w:rPr>
        <w:br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глина; </w:t>
      </w:r>
      <w:r w:rsidRPr="004C65D0">
        <w:rPr>
          <w:lang w:val="ru-RU"/>
        </w:rPr>
        <w:br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классные доски для рисования на белой плоскости.</w:t>
      </w:r>
    </w:p>
    <w:p w:rsidR="0054747A" w:rsidRPr="004C65D0" w:rsidRDefault="0054747A">
      <w:pPr>
        <w:rPr>
          <w:lang w:val="ru-RU"/>
        </w:rPr>
        <w:sectPr w:rsidR="0054747A" w:rsidRPr="004C65D0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52BE5" w:rsidRPr="004C65D0" w:rsidRDefault="00A52BE5">
      <w:pPr>
        <w:rPr>
          <w:lang w:val="ru-RU"/>
        </w:rPr>
      </w:pPr>
    </w:p>
    <w:sectPr w:rsidR="00A52BE5" w:rsidRPr="004C65D0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75619583">
    <w:abstractNumId w:val="8"/>
  </w:num>
  <w:num w:numId="2" w16cid:durableId="806237412">
    <w:abstractNumId w:val="6"/>
  </w:num>
  <w:num w:numId="3" w16cid:durableId="1306933826">
    <w:abstractNumId w:val="5"/>
  </w:num>
  <w:num w:numId="4" w16cid:durableId="1912344163">
    <w:abstractNumId w:val="4"/>
  </w:num>
  <w:num w:numId="5" w16cid:durableId="670520999">
    <w:abstractNumId w:val="7"/>
  </w:num>
  <w:num w:numId="6" w16cid:durableId="280109222">
    <w:abstractNumId w:val="3"/>
  </w:num>
  <w:num w:numId="7" w16cid:durableId="1830051907">
    <w:abstractNumId w:val="2"/>
  </w:num>
  <w:num w:numId="8" w16cid:durableId="105974428">
    <w:abstractNumId w:val="1"/>
  </w:num>
  <w:num w:numId="9" w16cid:durableId="158158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C62BA"/>
    <w:rsid w:val="004C65D0"/>
    <w:rsid w:val="0054747A"/>
    <w:rsid w:val="005B6716"/>
    <w:rsid w:val="00A52BE5"/>
    <w:rsid w:val="00AA1D8D"/>
    <w:rsid w:val="00B47730"/>
    <w:rsid w:val="00CB0664"/>
    <w:rsid w:val="00EC3A9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AB109E30-3BDB-4090-AEC6-5ED8741AE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E5641F8-3DF8-44BD-BBB9-B3E722F7EF2D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6728</Words>
  <Characters>38351</Characters>
  <Application>Microsoft Office Word</Application>
  <DocSecurity>0</DocSecurity>
  <Lines>319</Lines>
  <Paragraphs>89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44990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79282779918</cp:lastModifiedBy>
  <cp:revision>2</cp:revision>
  <dcterms:created xsi:type="dcterms:W3CDTF">2022-08-10T05:54:00Z</dcterms:created>
  <dcterms:modified xsi:type="dcterms:W3CDTF">2022-08-10T05:54:00Z</dcterms:modified>
  <cp:category/>
</cp:coreProperties>
</file>